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800" w:rsidRDefault="00DE7F7C">
      <w:pPr>
        <w:spacing w:after="60"/>
        <w:jc w:val="center"/>
      </w:pPr>
      <w:r>
        <w:rPr>
          <w:b/>
          <w:color w:val="17365D"/>
          <w:sz w:val="34"/>
        </w:rPr>
        <w:t>9-</w:t>
      </w:r>
      <w:r>
        <w:rPr>
          <w:b/>
          <w:color w:val="17365D"/>
          <w:sz w:val="34"/>
          <w:lang w:val="ru-RU"/>
        </w:rPr>
        <w:t>й</w:t>
      </w:r>
      <w:r w:rsidRPr="00DE7F7C">
        <w:rPr>
          <w:b/>
          <w:color w:val="17365D"/>
          <w:sz w:val="34"/>
        </w:rPr>
        <w:t xml:space="preserve"> </w:t>
      </w:r>
      <w:r>
        <w:rPr>
          <w:b/>
          <w:color w:val="17365D"/>
          <w:sz w:val="34"/>
          <w:lang w:val="ru-RU"/>
        </w:rPr>
        <w:t>конкурс</w:t>
      </w:r>
      <w:r w:rsidR="003E6610">
        <w:rPr>
          <w:b/>
          <w:color w:val="17365D"/>
          <w:sz w:val="34"/>
        </w:rPr>
        <w:t xml:space="preserve"> </w:t>
      </w:r>
      <w:proofErr w:type="spellStart"/>
      <w:r w:rsidR="003E6610">
        <w:rPr>
          <w:b/>
          <w:color w:val="17365D"/>
          <w:sz w:val="34"/>
        </w:rPr>
        <w:t>Kepma</w:t>
      </w:r>
      <w:proofErr w:type="spellEnd"/>
      <w:r w:rsidR="003E6610">
        <w:rPr>
          <w:b/>
          <w:color w:val="17365D"/>
          <w:sz w:val="34"/>
        </w:rPr>
        <w:t xml:space="preserve"> Cup Acoustic Guitar Competition 2026</w:t>
      </w:r>
    </w:p>
    <w:p w:rsidR="00C42800" w:rsidRPr="00DE7F7C" w:rsidRDefault="00DE7F7C">
      <w:pPr>
        <w:spacing w:after="160"/>
        <w:jc w:val="center"/>
        <w:rPr>
          <w:lang w:val="ru-RU"/>
        </w:rPr>
      </w:pPr>
      <w:r>
        <w:rPr>
          <w:b/>
          <w:color w:val="1F4E78"/>
          <w:sz w:val="20"/>
          <w:lang w:val="ru-RU"/>
        </w:rPr>
        <w:t>Регистрационная форма для зарубежных участников</w:t>
      </w:r>
      <w:r w:rsidR="003E6610" w:rsidRPr="00DE7F7C">
        <w:rPr>
          <w:b/>
          <w:color w:val="1F4E78"/>
          <w:sz w:val="20"/>
          <w:lang w:val="ru-RU"/>
        </w:rPr>
        <w:t xml:space="preserve"> / 2026</w:t>
      </w:r>
      <w:proofErr w:type="spellStart"/>
      <w:r w:rsidR="003E6610">
        <w:rPr>
          <w:b/>
          <w:color w:val="1F4E78"/>
          <w:sz w:val="20"/>
        </w:rPr>
        <w:t>年第九届卡马杯原声吉他大赛海外选手报名表</w:t>
      </w:r>
      <w:proofErr w:type="spellEnd"/>
    </w:p>
    <w:tbl>
      <w:tblPr>
        <w:tblW w:w="0" w:type="auto"/>
        <w:tblLook w:val="04A0" w:firstRow="1" w:lastRow="0" w:firstColumn="1" w:lastColumn="0" w:noHBand="0" w:noVBand="1"/>
      </w:tblPr>
      <w:tblGrid>
        <w:gridCol w:w="10086"/>
      </w:tblGrid>
      <w:tr w:rsidR="00C42800" w:rsidRPr="00CD4FAD">
        <w:tc>
          <w:tcPr>
            <w:tcW w:w="10086" w:type="dxa"/>
            <w:tcBorders>
              <w:top w:val="single" w:sz="8" w:space="0" w:color="E3B341"/>
              <w:left w:val="single" w:sz="8" w:space="0" w:color="E3B341"/>
              <w:bottom w:val="single" w:sz="8" w:space="0" w:color="E3B341"/>
              <w:right w:val="single" w:sz="8" w:space="0" w:color="E3B341"/>
            </w:tcBorders>
            <w:shd w:val="clear" w:color="auto" w:fill="FFF2CC"/>
            <w:tcMar>
              <w:top w:w="90" w:type="dxa"/>
              <w:left w:w="120" w:type="dxa"/>
              <w:bottom w:w="90" w:type="dxa"/>
              <w:right w:w="120" w:type="dxa"/>
            </w:tcMar>
          </w:tcPr>
          <w:p w:rsidR="00C42800" w:rsidRPr="00261C6B" w:rsidRDefault="003210E7">
            <w:pPr>
              <w:spacing w:after="0"/>
              <w:rPr>
                <w:lang w:val="ru-RU"/>
              </w:rPr>
            </w:pPr>
            <w:r w:rsidRPr="003210E7">
              <w:rPr>
                <w:color w:val="1F2933"/>
                <w:sz w:val="17"/>
                <w:lang w:val="ru-RU"/>
              </w:rPr>
              <w:t xml:space="preserve">Пожалуйста, заполните все обязательные поля </w:t>
            </w:r>
            <w:r w:rsidRPr="00F94D92">
              <w:rPr>
                <w:b/>
                <w:color w:val="1F2933"/>
                <w:sz w:val="17"/>
                <w:highlight w:val="green"/>
                <w:u w:val="single"/>
                <w:lang w:val="ru-RU"/>
              </w:rPr>
              <w:t>на английском языке</w:t>
            </w:r>
            <w:r w:rsidRPr="003210E7">
              <w:rPr>
                <w:color w:val="1F2933"/>
                <w:sz w:val="17"/>
                <w:lang w:val="ru-RU"/>
              </w:rPr>
              <w:t xml:space="preserve">. </w:t>
            </w:r>
            <w:r w:rsidRPr="00261C6B">
              <w:rPr>
                <w:color w:val="1F2933"/>
                <w:sz w:val="17"/>
                <w:lang w:val="ru-RU"/>
              </w:rPr>
              <w:t xml:space="preserve">Поля, отмеченные звездочкой (*), являются </w:t>
            </w:r>
            <w:proofErr w:type="gramStart"/>
            <w:r w:rsidRPr="00261C6B">
              <w:rPr>
                <w:color w:val="1F2933"/>
                <w:sz w:val="17"/>
                <w:lang w:val="ru-RU"/>
              </w:rPr>
              <w:t>обязательными.</w:t>
            </w:r>
            <w:r w:rsidR="003E6610" w:rsidRPr="00261C6B">
              <w:rPr>
                <w:color w:val="1F2933"/>
                <w:sz w:val="17"/>
                <w:lang w:val="ru-RU"/>
              </w:rPr>
              <w:t>.</w:t>
            </w:r>
            <w:proofErr w:type="gramEnd"/>
          </w:p>
          <w:p w:rsidR="00C42800" w:rsidRPr="00261C6B" w:rsidRDefault="003E6610">
            <w:pPr>
              <w:spacing w:after="0"/>
              <w:rPr>
                <w:lang w:val="ru-RU"/>
              </w:rPr>
            </w:pPr>
            <w:proofErr w:type="spellStart"/>
            <w:r>
              <w:rPr>
                <w:color w:val="1F2933"/>
                <w:sz w:val="17"/>
              </w:rPr>
              <w:t>请用英文填写所有必填项</w:t>
            </w:r>
            <w:r w:rsidRPr="00261C6B">
              <w:rPr>
                <w:color w:val="1F2933"/>
                <w:sz w:val="17"/>
                <w:lang w:val="ru-RU"/>
              </w:rPr>
              <w:t>，</w:t>
            </w:r>
            <w:r>
              <w:rPr>
                <w:color w:val="1F2933"/>
                <w:sz w:val="17"/>
              </w:rPr>
              <w:t>带</w:t>
            </w:r>
            <w:proofErr w:type="spellEnd"/>
            <w:r w:rsidRPr="00261C6B">
              <w:rPr>
                <w:color w:val="1F2933"/>
                <w:sz w:val="17"/>
                <w:lang w:val="ru-RU"/>
              </w:rPr>
              <w:t xml:space="preserve"> * </w:t>
            </w:r>
            <w:proofErr w:type="spellStart"/>
            <w:r>
              <w:rPr>
                <w:color w:val="1F2933"/>
                <w:sz w:val="17"/>
              </w:rPr>
              <w:t>的字段为必填项</w:t>
            </w:r>
            <w:r w:rsidRPr="00261C6B">
              <w:rPr>
                <w:color w:val="1F2933"/>
                <w:sz w:val="17"/>
                <w:lang w:val="ru-RU"/>
              </w:rPr>
              <w:t>；</w:t>
            </w:r>
            <w:r>
              <w:rPr>
                <w:color w:val="1F2933"/>
                <w:sz w:val="17"/>
              </w:rPr>
              <w:t>中文仅作为辅助说明</w:t>
            </w:r>
            <w:proofErr w:type="spellEnd"/>
            <w:r>
              <w:rPr>
                <w:color w:val="1F2933"/>
                <w:sz w:val="17"/>
              </w:rPr>
              <w:t>。</w:t>
            </w:r>
          </w:p>
        </w:tc>
      </w:tr>
    </w:tbl>
    <w:p w:rsidR="00C42800" w:rsidRPr="00261C6B" w:rsidRDefault="00C42800">
      <w:pPr>
        <w:spacing w:after="0"/>
        <w:rPr>
          <w:lang w:val="ru-RU"/>
        </w:rPr>
      </w:pPr>
    </w:p>
    <w:tbl>
      <w:tblPr>
        <w:tblW w:w="0" w:type="auto"/>
        <w:tblLook w:val="04A0" w:firstRow="1" w:lastRow="0" w:firstColumn="1" w:lastColumn="0" w:noHBand="0" w:noVBand="1"/>
      </w:tblPr>
      <w:tblGrid>
        <w:gridCol w:w="10086"/>
      </w:tblGrid>
      <w:tr w:rsidR="00C42800" w:rsidRPr="00CD4FAD">
        <w:tc>
          <w:tcPr>
            <w:tcW w:w="10086" w:type="dxa"/>
            <w:tcBorders>
              <w:top w:val="single" w:sz="8" w:space="0" w:color="17365D"/>
              <w:left w:val="single" w:sz="8" w:space="0" w:color="17365D"/>
              <w:bottom w:val="single" w:sz="8" w:space="0" w:color="17365D"/>
              <w:right w:val="single" w:sz="8" w:space="0" w:color="17365D"/>
            </w:tcBorders>
            <w:shd w:val="clear" w:color="auto" w:fill="17365D"/>
            <w:tcMar>
              <w:top w:w="140" w:type="dxa"/>
              <w:left w:w="120" w:type="dxa"/>
              <w:bottom w:w="140" w:type="dxa"/>
              <w:right w:w="120" w:type="dxa"/>
            </w:tcMar>
          </w:tcPr>
          <w:p w:rsidR="00C42800" w:rsidRPr="00261C6B" w:rsidRDefault="003E6610">
            <w:pPr>
              <w:spacing w:after="0"/>
              <w:rPr>
                <w:lang w:val="ru-RU"/>
              </w:rPr>
            </w:pPr>
            <w:r>
              <w:rPr>
                <w:b/>
                <w:color w:val="FFFFFF"/>
                <w:sz w:val="21"/>
              </w:rPr>
              <w:t>A</w:t>
            </w:r>
            <w:r w:rsidRPr="00261C6B">
              <w:rPr>
                <w:b/>
                <w:color w:val="FFFFFF"/>
                <w:sz w:val="21"/>
                <w:lang w:val="ru-RU"/>
              </w:rPr>
              <w:t xml:space="preserve">. </w:t>
            </w:r>
            <w:r w:rsidR="00566448" w:rsidRPr="00261C6B">
              <w:rPr>
                <w:b/>
                <w:color w:val="FFFFFF"/>
                <w:sz w:val="21"/>
                <w:lang w:val="ru-RU"/>
              </w:rPr>
              <w:t>Информация об участниках</w:t>
            </w:r>
          </w:p>
          <w:p w:rsidR="00C42800" w:rsidRPr="00261C6B" w:rsidRDefault="003E6610">
            <w:pPr>
              <w:spacing w:after="0"/>
              <w:rPr>
                <w:lang w:val="ru-RU"/>
              </w:rPr>
            </w:pPr>
            <w:r>
              <w:rPr>
                <w:b/>
                <w:color w:val="FFFFFF"/>
                <w:sz w:val="21"/>
              </w:rPr>
              <w:t>A</w:t>
            </w:r>
            <w:r w:rsidRPr="00261C6B">
              <w:rPr>
                <w:b/>
                <w:color w:val="FFFFFF"/>
                <w:sz w:val="21"/>
                <w:lang w:val="ru-RU"/>
              </w:rPr>
              <w:t xml:space="preserve">. </w:t>
            </w:r>
            <w:proofErr w:type="spellStart"/>
            <w:r>
              <w:rPr>
                <w:b/>
                <w:color w:val="FFFFFF"/>
                <w:sz w:val="21"/>
              </w:rPr>
              <w:t>选手信息</w:t>
            </w:r>
            <w:proofErr w:type="spellEnd"/>
          </w:p>
        </w:tc>
      </w:tr>
    </w:tbl>
    <w:p w:rsidR="00C42800" w:rsidRPr="00261C6B" w:rsidRDefault="00C42800">
      <w:pPr>
        <w:spacing w:after="0"/>
        <w:rPr>
          <w:lang w:val="ru-RU"/>
        </w:rPr>
      </w:pPr>
    </w:p>
    <w:tbl>
      <w:tblPr>
        <w:tblStyle w:val="aff0"/>
        <w:tblW w:w="0" w:type="auto"/>
        <w:tblLayout w:type="fixed"/>
        <w:tblLook w:val="04A0" w:firstRow="1" w:lastRow="0" w:firstColumn="1" w:lastColumn="0" w:noHBand="0" w:noVBand="1"/>
      </w:tblPr>
      <w:tblGrid>
        <w:gridCol w:w="3458"/>
        <w:gridCol w:w="5953"/>
      </w:tblGrid>
      <w:tr w:rsidR="00C42800" w:rsidTr="00CD4FAD">
        <w:trPr>
          <w:trHeight w:val="1210"/>
        </w:trPr>
        <w:tc>
          <w:tcPr>
            <w:tcW w:w="3458" w:type="dxa"/>
            <w:tcBorders>
              <w:top w:val="single" w:sz="8" w:space="0" w:color="B7C4D6"/>
              <w:left w:val="single" w:sz="8" w:space="0" w:color="B7C4D6"/>
              <w:bottom w:val="single" w:sz="8" w:space="0" w:color="B7C4D6"/>
              <w:right w:val="single" w:sz="8" w:space="0" w:color="B7C4D6"/>
            </w:tcBorders>
            <w:shd w:val="clear" w:color="auto" w:fill="EEF2F7"/>
            <w:tcMar>
              <w:top w:w="90" w:type="dxa"/>
              <w:left w:w="120" w:type="dxa"/>
              <w:bottom w:w="90" w:type="dxa"/>
              <w:right w:w="120" w:type="dxa"/>
            </w:tcMar>
            <w:vAlign w:val="center"/>
          </w:tcPr>
          <w:p w:rsidR="00C42800" w:rsidRDefault="002969AA">
            <w:r>
              <w:rPr>
                <w:b/>
                <w:color w:val="1F2933"/>
                <w:sz w:val="17"/>
                <w:lang w:val="ru-RU"/>
              </w:rPr>
              <w:t>Полное</w:t>
            </w:r>
            <w:r w:rsidRPr="004836DB">
              <w:rPr>
                <w:b/>
                <w:color w:val="1F2933"/>
                <w:sz w:val="17"/>
              </w:rPr>
              <w:t xml:space="preserve"> </w:t>
            </w:r>
            <w:r>
              <w:rPr>
                <w:b/>
                <w:color w:val="1F2933"/>
                <w:sz w:val="17"/>
                <w:lang w:val="ru-RU"/>
              </w:rPr>
              <w:t>имя</w:t>
            </w:r>
            <w:r>
              <w:rPr>
                <w:b/>
                <w:color w:val="1F2933"/>
                <w:sz w:val="17"/>
              </w:rPr>
              <w:t xml:space="preserve"> / </w:t>
            </w:r>
            <w:r w:rsidR="003E6610">
              <w:rPr>
                <w:b/>
                <w:color w:val="1F2933"/>
                <w:sz w:val="17"/>
              </w:rPr>
              <w:t>Full Name *</w:t>
            </w:r>
          </w:p>
          <w:p w:rsidR="00C42800" w:rsidRDefault="003E6610">
            <w:r>
              <w:rPr>
                <w:b/>
                <w:color w:val="1F2933"/>
                <w:sz w:val="17"/>
              </w:rPr>
              <w:t>姓名</w:t>
            </w:r>
            <w:r>
              <w:rPr>
                <w:b/>
                <w:color w:val="1F2933"/>
                <w:sz w:val="17"/>
              </w:rPr>
              <w:t xml:space="preserve"> *</w:t>
            </w:r>
          </w:p>
        </w:tc>
        <w:tc>
          <w:tcPr>
            <w:tcW w:w="5953"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Default="00261C6B">
            <w:r>
              <w:rPr>
                <w:color w:val="667085"/>
                <w:sz w:val="16"/>
                <w:lang w:val="ru-RU"/>
              </w:rPr>
              <w:t>Как</w:t>
            </w:r>
            <w:r w:rsidRPr="00261C6B">
              <w:rPr>
                <w:color w:val="667085"/>
                <w:sz w:val="16"/>
              </w:rPr>
              <w:t xml:space="preserve"> </w:t>
            </w:r>
            <w:r>
              <w:rPr>
                <w:color w:val="667085"/>
                <w:sz w:val="16"/>
                <w:lang w:val="ru-RU"/>
              </w:rPr>
              <w:t>в</w:t>
            </w:r>
            <w:r w:rsidRPr="00261C6B">
              <w:rPr>
                <w:color w:val="667085"/>
                <w:sz w:val="16"/>
              </w:rPr>
              <w:t xml:space="preserve"> </w:t>
            </w:r>
            <w:r>
              <w:rPr>
                <w:color w:val="667085"/>
                <w:sz w:val="16"/>
                <w:lang w:val="ru-RU"/>
              </w:rPr>
              <w:t>паспорте</w:t>
            </w:r>
            <w:r w:rsidRPr="00261C6B">
              <w:rPr>
                <w:color w:val="667085"/>
                <w:sz w:val="16"/>
              </w:rPr>
              <w:t xml:space="preserve"> </w:t>
            </w:r>
            <w:r>
              <w:rPr>
                <w:color w:val="667085"/>
                <w:sz w:val="16"/>
                <w:lang w:val="ru-RU"/>
              </w:rPr>
              <w:t>или</w:t>
            </w:r>
            <w:r w:rsidRPr="00261C6B">
              <w:rPr>
                <w:color w:val="667085"/>
                <w:sz w:val="16"/>
              </w:rPr>
              <w:t xml:space="preserve"> </w:t>
            </w:r>
            <w:r>
              <w:rPr>
                <w:color w:val="667085"/>
                <w:sz w:val="16"/>
                <w:lang w:val="ru-RU"/>
              </w:rPr>
              <w:t>официальный</w:t>
            </w:r>
            <w:r w:rsidRPr="00261C6B">
              <w:rPr>
                <w:color w:val="667085"/>
                <w:sz w:val="16"/>
              </w:rPr>
              <w:t xml:space="preserve"> </w:t>
            </w:r>
            <w:r>
              <w:rPr>
                <w:color w:val="667085"/>
                <w:sz w:val="16"/>
              </w:rPr>
              <w:t xml:space="preserve">ID / </w:t>
            </w:r>
            <w:r w:rsidR="003E6610">
              <w:rPr>
                <w:color w:val="667085"/>
                <w:sz w:val="16"/>
              </w:rPr>
              <w:t xml:space="preserve">As shown on passport or official ID / </w:t>
            </w:r>
            <w:proofErr w:type="spellStart"/>
            <w:r w:rsidR="003E6610">
              <w:rPr>
                <w:color w:val="667085"/>
                <w:sz w:val="16"/>
              </w:rPr>
              <w:t>请填写护照或证件姓名</w:t>
            </w:r>
            <w:proofErr w:type="spellEnd"/>
          </w:p>
          <w:p w:rsidR="00C42800" w:rsidRDefault="003E6610">
            <w:r>
              <w:rPr>
                <w:color w:val="667085"/>
                <w:sz w:val="16"/>
              </w:rPr>
              <w:t>____________________________________________________________</w:t>
            </w:r>
          </w:p>
        </w:tc>
      </w:tr>
      <w:tr w:rsidR="00C42800" w:rsidTr="00CD4FAD">
        <w:trPr>
          <w:trHeight w:val="1073"/>
        </w:trPr>
        <w:tc>
          <w:tcPr>
            <w:tcW w:w="3458" w:type="dxa"/>
            <w:tcBorders>
              <w:top w:val="single" w:sz="8" w:space="0" w:color="B7C4D6"/>
              <w:left w:val="single" w:sz="8" w:space="0" w:color="B7C4D6"/>
              <w:bottom w:val="single" w:sz="8" w:space="0" w:color="B7C4D6"/>
              <w:right w:val="single" w:sz="8" w:space="0" w:color="B7C4D6"/>
            </w:tcBorders>
            <w:shd w:val="clear" w:color="auto" w:fill="EEF2F7"/>
            <w:tcMar>
              <w:top w:w="90" w:type="dxa"/>
              <w:left w:w="120" w:type="dxa"/>
              <w:bottom w:w="90" w:type="dxa"/>
              <w:right w:w="120" w:type="dxa"/>
            </w:tcMar>
            <w:vAlign w:val="center"/>
          </w:tcPr>
          <w:p w:rsidR="004836DB" w:rsidRPr="004836DB" w:rsidRDefault="004836DB">
            <w:pPr>
              <w:rPr>
                <w:b/>
                <w:color w:val="1F2933"/>
                <w:sz w:val="17"/>
              </w:rPr>
            </w:pPr>
            <w:r>
              <w:rPr>
                <w:b/>
                <w:color w:val="1F2933"/>
                <w:sz w:val="17"/>
                <w:lang w:val="ru-RU"/>
              </w:rPr>
              <w:t>Страна</w:t>
            </w:r>
            <w:r w:rsidRPr="004836DB">
              <w:rPr>
                <w:b/>
                <w:color w:val="1F2933"/>
                <w:sz w:val="17"/>
              </w:rPr>
              <w:t xml:space="preserve"> </w:t>
            </w:r>
            <w:r>
              <w:rPr>
                <w:b/>
                <w:color w:val="1F2933"/>
                <w:sz w:val="17"/>
              </w:rPr>
              <w:t xml:space="preserve">/ </w:t>
            </w:r>
            <w:r>
              <w:rPr>
                <w:b/>
                <w:color w:val="1F2933"/>
                <w:sz w:val="17"/>
                <w:lang w:val="ru-RU"/>
              </w:rPr>
              <w:t>Регион</w:t>
            </w:r>
            <w:r w:rsidRPr="004836DB">
              <w:rPr>
                <w:b/>
                <w:color w:val="1F2933"/>
                <w:sz w:val="17"/>
              </w:rPr>
              <w:t xml:space="preserve"> </w:t>
            </w:r>
            <w:r>
              <w:rPr>
                <w:b/>
                <w:color w:val="1F2933"/>
                <w:sz w:val="17"/>
              </w:rPr>
              <w:t>*</w:t>
            </w:r>
          </w:p>
          <w:p w:rsidR="00C42800" w:rsidRDefault="003E6610">
            <w:r>
              <w:rPr>
                <w:b/>
                <w:color w:val="1F2933"/>
                <w:sz w:val="17"/>
              </w:rPr>
              <w:t>Country / Region *</w:t>
            </w:r>
          </w:p>
          <w:p w:rsidR="00C42800" w:rsidRDefault="003E6610">
            <w:r>
              <w:rPr>
                <w:b/>
                <w:color w:val="1F2933"/>
                <w:sz w:val="17"/>
              </w:rPr>
              <w:t>国家或地区</w:t>
            </w:r>
            <w:r>
              <w:rPr>
                <w:b/>
                <w:color w:val="1F2933"/>
                <w:sz w:val="17"/>
              </w:rPr>
              <w:t xml:space="preserve"> *</w:t>
            </w:r>
          </w:p>
        </w:tc>
        <w:tc>
          <w:tcPr>
            <w:tcW w:w="5953"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Pr="00261C6B" w:rsidRDefault="00261C6B">
            <w:pPr>
              <w:rPr>
                <w:lang w:val="ru-RU"/>
              </w:rPr>
            </w:pPr>
            <w:r>
              <w:rPr>
                <w:color w:val="667085"/>
                <w:sz w:val="16"/>
                <w:lang w:val="ru-RU"/>
              </w:rPr>
              <w:t xml:space="preserve">Страна или регион, который вы представляете </w:t>
            </w:r>
            <w:r w:rsidRPr="00261C6B">
              <w:rPr>
                <w:color w:val="667085"/>
                <w:sz w:val="16"/>
                <w:lang w:val="ru-RU"/>
              </w:rPr>
              <w:t xml:space="preserve">/ </w:t>
            </w:r>
            <w:r w:rsidR="003E6610">
              <w:rPr>
                <w:color w:val="667085"/>
                <w:sz w:val="16"/>
              </w:rPr>
              <w:t>Country</w:t>
            </w:r>
            <w:r w:rsidR="003E6610" w:rsidRPr="00261C6B">
              <w:rPr>
                <w:color w:val="667085"/>
                <w:sz w:val="16"/>
                <w:lang w:val="ru-RU"/>
              </w:rPr>
              <w:t xml:space="preserve"> </w:t>
            </w:r>
            <w:r w:rsidR="003E6610">
              <w:rPr>
                <w:color w:val="667085"/>
                <w:sz w:val="16"/>
              </w:rPr>
              <w:t>or</w:t>
            </w:r>
            <w:r w:rsidR="003E6610" w:rsidRPr="00261C6B">
              <w:rPr>
                <w:color w:val="667085"/>
                <w:sz w:val="16"/>
                <w:lang w:val="ru-RU"/>
              </w:rPr>
              <w:t xml:space="preserve"> </w:t>
            </w:r>
            <w:r w:rsidR="003E6610">
              <w:rPr>
                <w:color w:val="667085"/>
                <w:sz w:val="16"/>
              </w:rPr>
              <w:t>region</w:t>
            </w:r>
            <w:r w:rsidR="003E6610" w:rsidRPr="00261C6B">
              <w:rPr>
                <w:color w:val="667085"/>
                <w:sz w:val="16"/>
                <w:lang w:val="ru-RU"/>
              </w:rPr>
              <w:t xml:space="preserve"> </w:t>
            </w:r>
            <w:r w:rsidR="003E6610">
              <w:rPr>
                <w:color w:val="667085"/>
                <w:sz w:val="16"/>
              </w:rPr>
              <w:t>you</w:t>
            </w:r>
            <w:r w:rsidR="003E6610" w:rsidRPr="00261C6B">
              <w:rPr>
                <w:color w:val="667085"/>
                <w:sz w:val="16"/>
                <w:lang w:val="ru-RU"/>
              </w:rPr>
              <w:t xml:space="preserve"> </w:t>
            </w:r>
            <w:r w:rsidR="003E6610">
              <w:rPr>
                <w:color w:val="667085"/>
                <w:sz w:val="16"/>
              </w:rPr>
              <w:t>represent</w:t>
            </w:r>
            <w:r w:rsidR="003E6610" w:rsidRPr="00261C6B">
              <w:rPr>
                <w:color w:val="667085"/>
                <w:sz w:val="16"/>
                <w:lang w:val="ru-RU"/>
              </w:rPr>
              <w:t xml:space="preserve"> / </w:t>
            </w:r>
            <w:proofErr w:type="spellStart"/>
            <w:r w:rsidR="003E6610">
              <w:rPr>
                <w:color w:val="667085"/>
                <w:sz w:val="16"/>
              </w:rPr>
              <w:t>代表国家或地区</w:t>
            </w:r>
            <w:proofErr w:type="spellEnd"/>
          </w:p>
          <w:p w:rsidR="00C42800" w:rsidRDefault="003E6610">
            <w:r>
              <w:rPr>
                <w:color w:val="667085"/>
                <w:sz w:val="16"/>
              </w:rPr>
              <w:t>____________________________________________________________</w:t>
            </w:r>
          </w:p>
        </w:tc>
      </w:tr>
      <w:tr w:rsidR="00C42800" w:rsidTr="00CD4FAD">
        <w:trPr>
          <w:trHeight w:val="1220"/>
        </w:trPr>
        <w:tc>
          <w:tcPr>
            <w:tcW w:w="3458" w:type="dxa"/>
            <w:tcBorders>
              <w:top w:val="single" w:sz="8" w:space="0" w:color="B7C4D6"/>
              <w:left w:val="single" w:sz="8" w:space="0" w:color="B7C4D6"/>
              <w:bottom w:val="single" w:sz="8" w:space="0" w:color="B7C4D6"/>
              <w:right w:val="single" w:sz="8" w:space="0" w:color="B7C4D6"/>
            </w:tcBorders>
            <w:shd w:val="clear" w:color="auto" w:fill="EEF2F7"/>
            <w:tcMar>
              <w:top w:w="90" w:type="dxa"/>
              <w:left w:w="120" w:type="dxa"/>
              <w:bottom w:w="90" w:type="dxa"/>
              <w:right w:w="120" w:type="dxa"/>
            </w:tcMar>
            <w:vAlign w:val="center"/>
          </w:tcPr>
          <w:p w:rsidR="00C42800" w:rsidRDefault="004836DB">
            <w:r>
              <w:rPr>
                <w:b/>
                <w:color w:val="1F2933"/>
                <w:sz w:val="17"/>
                <w:lang w:val="ru-RU"/>
              </w:rPr>
              <w:t xml:space="preserve">Возраст </w:t>
            </w:r>
            <w:r>
              <w:rPr>
                <w:b/>
                <w:color w:val="1F2933"/>
                <w:sz w:val="17"/>
              </w:rPr>
              <w:t xml:space="preserve">/ </w:t>
            </w:r>
            <w:r w:rsidR="003E6610">
              <w:rPr>
                <w:b/>
                <w:color w:val="1F2933"/>
                <w:sz w:val="17"/>
              </w:rPr>
              <w:t>Age *</w:t>
            </w:r>
          </w:p>
          <w:p w:rsidR="00C42800" w:rsidRDefault="003E6610">
            <w:r>
              <w:rPr>
                <w:b/>
                <w:color w:val="1F2933"/>
                <w:sz w:val="17"/>
              </w:rPr>
              <w:t>年龄</w:t>
            </w:r>
            <w:r>
              <w:rPr>
                <w:b/>
                <w:color w:val="1F2933"/>
                <w:sz w:val="17"/>
              </w:rPr>
              <w:t xml:space="preserve"> *</w:t>
            </w:r>
          </w:p>
        </w:tc>
        <w:tc>
          <w:tcPr>
            <w:tcW w:w="5953"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Default="00C439FA">
            <w:proofErr w:type="spellStart"/>
            <w:r w:rsidRPr="00C439FA">
              <w:rPr>
                <w:color w:val="667085"/>
                <w:sz w:val="16"/>
              </w:rPr>
              <w:t>Возраст</w:t>
            </w:r>
            <w:proofErr w:type="spellEnd"/>
            <w:r w:rsidRPr="00C439FA">
              <w:rPr>
                <w:color w:val="667085"/>
                <w:sz w:val="16"/>
              </w:rPr>
              <w:t xml:space="preserve"> </w:t>
            </w:r>
            <w:proofErr w:type="spellStart"/>
            <w:r w:rsidRPr="00C439FA">
              <w:rPr>
                <w:color w:val="667085"/>
                <w:sz w:val="16"/>
              </w:rPr>
              <w:t>на</w:t>
            </w:r>
            <w:proofErr w:type="spellEnd"/>
            <w:r w:rsidRPr="00C439FA">
              <w:rPr>
                <w:color w:val="667085"/>
                <w:sz w:val="16"/>
              </w:rPr>
              <w:t xml:space="preserve"> </w:t>
            </w:r>
            <w:proofErr w:type="spellStart"/>
            <w:r w:rsidRPr="00C439FA">
              <w:rPr>
                <w:color w:val="667085"/>
                <w:sz w:val="16"/>
              </w:rPr>
              <w:t>дату</w:t>
            </w:r>
            <w:proofErr w:type="spellEnd"/>
            <w:r w:rsidRPr="00C439FA">
              <w:rPr>
                <w:color w:val="667085"/>
                <w:sz w:val="16"/>
              </w:rPr>
              <w:t xml:space="preserve"> </w:t>
            </w:r>
            <w:proofErr w:type="spellStart"/>
            <w:r w:rsidRPr="00C439FA">
              <w:rPr>
                <w:color w:val="667085"/>
                <w:sz w:val="16"/>
              </w:rPr>
              <w:t>подачи</w:t>
            </w:r>
            <w:proofErr w:type="spellEnd"/>
            <w:r w:rsidRPr="00C439FA">
              <w:rPr>
                <w:color w:val="667085"/>
                <w:sz w:val="16"/>
              </w:rPr>
              <w:t xml:space="preserve"> </w:t>
            </w:r>
            <w:proofErr w:type="spellStart"/>
            <w:r w:rsidRPr="00C439FA">
              <w:rPr>
                <w:color w:val="667085"/>
                <w:sz w:val="16"/>
              </w:rPr>
              <w:t>заявления</w:t>
            </w:r>
            <w:proofErr w:type="spellEnd"/>
            <w:r w:rsidRPr="00C439FA">
              <w:rPr>
                <w:color w:val="667085"/>
                <w:sz w:val="16"/>
              </w:rPr>
              <w:t xml:space="preserve"> </w:t>
            </w:r>
            <w:r>
              <w:rPr>
                <w:color w:val="667085"/>
                <w:sz w:val="16"/>
              </w:rPr>
              <w:t xml:space="preserve">/ </w:t>
            </w:r>
            <w:r w:rsidR="003E6610">
              <w:rPr>
                <w:color w:val="667085"/>
                <w:sz w:val="16"/>
              </w:rPr>
              <w:t xml:space="preserve">Age on the date of submission / </w:t>
            </w:r>
            <w:r w:rsidR="003E6610">
              <w:rPr>
                <w:color w:val="667085"/>
                <w:sz w:val="16"/>
              </w:rPr>
              <w:t>提交时年龄</w:t>
            </w:r>
          </w:p>
          <w:p w:rsidR="00C42800" w:rsidRDefault="003E6610">
            <w:r>
              <w:rPr>
                <w:color w:val="667085"/>
                <w:sz w:val="16"/>
              </w:rPr>
              <w:t>____________________________________________________________</w:t>
            </w:r>
          </w:p>
        </w:tc>
      </w:tr>
      <w:tr w:rsidR="00C42800" w:rsidTr="00380A47">
        <w:trPr>
          <w:trHeight w:val="1367"/>
        </w:trPr>
        <w:tc>
          <w:tcPr>
            <w:tcW w:w="3458" w:type="dxa"/>
            <w:tcBorders>
              <w:top w:val="single" w:sz="8" w:space="0" w:color="B7C4D6"/>
              <w:left w:val="single" w:sz="8" w:space="0" w:color="B7C4D6"/>
              <w:bottom w:val="single" w:sz="8" w:space="0" w:color="B7C4D6"/>
              <w:right w:val="single" w:sz="8" w:space="0" w:color="B7C4D6"/>
            </w:tcBorders>
            <w:shd w:val="clear" w:color="auto" w:fill="EEF2F7"/>
            <w:tcMar>
              <w:top w:w="90" w:type="dxa"/>
              <w:left w:w="120" w:type="dxa"/>
              <w:bottom w:w="90" w:type="dxa"/>
              <w:right w:w="120" w:type="dxa"/>
            </w:tcMar>
            <w:vAlign w:val="center"/>
          </w:tcPr>
          <w:p w:rsidR="00C42800" w:rsidRDefault="004836DB">
            <w:r>
              <w:rPr>
                <w:b/>
                <w:color w:val="1F2933"/>
                <w:sz w:val="17"/>
                <w:lang w:val="ru-RU"/>
              </w:rPr>
              <w:t>Электронная</w:t>
            </w:r>
            <w:r w:rsidRPr="004836DB">
              <w:rPr>
                <w:b/>
                <w:color w:val="1F2933"/>
                <w:sz w:val="17"/>
              </w:rPr>
              <w:t xml:space="preserve"> </w:t>
            </w:r>
            <w:r>
              <w:rPr>
                <w:b/>
                <w:color w:val="1F2933"/>
                <w:sz w:val="17"/>
                <w:lang w:val="ru-RU"/>
              </w:rPr>
              <w:t>почта</w:t>
            </w:r>
            <w:r>
              <w:rPr>
                <w:b/>
                <w:color w:val="1F2933"/>
                <w:sz w:val="17"/>
              </w:rPr>
              <w:t xml:space="preserve"> / </w:t>
            </w:r>
            <w:r w:rsidR="003E6610">
              <w:rPr>
                <w:b/>
                <w:color w:val="1F2933"/>
                <w:sz w:val="17"/>
              </w:rPr>
              <w:t>Email *</w:t>
            </w:r>
          </w:p>
          <w:p w:rsidR="00C42800" w:rsidRDefault="003E6610">
            <w:r>
              <w:rPr>
                <w:b/>
                <w:color w:val="1F2933"/>
                <w:sz w:val="17"/>
              </w:rPr>
              <w:t>邮箱</w:t>
            </w:r>
            <w:r>
              <w:rPr>
                <w:b/>
                <w:color w:val="1F2933"/>
                <w:sz w:val="17"/>
              </w:rPr>
              <w:t xml:space="preserve"> *</w:t>
            </w:r>
          </w:p>
        </w:tc>
        <w:tc>
          <w:tcPr>
            <w:tcW w:w="5953"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Default="00C439FA">
            <w:r>
              <w:rPr>
                <w:color w:val="667085"/>
                <w:sz w:val="16"/>
                <w:lang w:val="ru-RU"/>
              </w:rPr>
              <w:t>Адрес</w:t>
            </w:r>
            <w:r w:rsidRPr="00C439FA">
              <w:rPr>
                <w:color w:val="667085"/>
                <w:sz w:val="16"/>
              </w:rPr>
              <w:t xml:space="preserve"> </w:t>
            </w:r>
            <w:r>
              <w:rPr>
                <w:color w:val="667085"/>
                <w:sz w:val="16"/>
                <w:lang w:val="ru-RU"/>
              </w:rPr>
              <w:t>электронной</w:t>
            </w:r>
            <w:r w:rsidRPr="00C439FA">
              <w:rPr>
                <w:color w:val="667085"/>
                <w:sz w:val="16"/>
              </w:rPr>
              <w:t xml:space="preserve"> </w:t>
            </w:r>
            <w:r>
              <w:rPr>
                <w:color w:val="667085"/>
                <w:sz w:val="16"/>
                <w:lang w:val="ru-RU"/>
              </w:rPr>
              <w:t>почты</w:t>
            </w:r>
            <w:r w:rsidRPr="00C439FA">
              <w:rPr>
                <w:color w:val="667085"/>
                <w:sz w:val="16"/>
              </w:rPr>
              <w:t xml:space="preserve"> </w:t>
            </w:r>
            <w:r>
              <w:rPr>
                <w:color w:val="667085"/>
                <w:sz w:val="16"/>
              </w:rPr>
              <w:t xml:space="preserve">/ </w:t>
            </w:r>
            <w:r w:rsidR="003E6610">
              <w:rPr>
                <w:color w:val="667085"/>
                <w:sz w:val="16"/>
              </w:rPr>
              <w:t xml:space="preserve">Main contact email / </w:t>
            </w:r>
            <w:proofErr w:type="spellStart"/>
            <w:r w:rsidR="003E6610">
              <w:rPr>
                <w:color w:val="667085"/>
                <w:sz w:val="16"/>
              </w:rPr>
              <w:t>主要联系邮箱</w:t>
            </w:r>
            <w:proofErr w:type="spellEnd"/>
          </w:p>
          <w:p w:rsidR="00C42800" w:rsidRDefault="003E6610">
            <w:r>
              <w:rPr>
                <w:color w:val="667085"/>
                <w:sz w:val="16"/>
              </w:rPr>
              <w:t>____________________________________________________________</w:t>
            </w:r>
          </w:p>
        </w:tc>
      </w:tr>
      <w:tr w:rsidR="00C42800" w:rsidTr="00380A47">
        <w:trPr>
          <w:trHeight w:val="1347"/>
        </w:trPr>
        <w:tc>
          <w:tcPr>
            <w:tcW w:w="3458" w:type="dxa"/>
            <w:tcBorders>
              <w:top w:val="single" w:sz="8" w:space="0" w:color="B7C4D6"/>
              <w:left w:val="single" w:sz="8" w:space="0" w:color="B7C4D6"/>
              <w:bottom w:val="single" w:sz="8" w:space="0" w:color="B7C4D6"/>
              <w:right w:val="single" w:sz="8" w:space="0" w:color="B7C4D6"/>
            </w:tcBorders>
            <w:shd w:val="clear" w:color="auto" w:fill="EEF2F7"/>
            <w:tcMar>
              <w:top w:w="90" w:type="dxa"/>
              <w:left w:w="120" w:type="dxa"/>
              <w:bottom w:w="90" w:type="dxa"/>
              <w:right w:w="120" w:type="dxa"/>
            </w:tcMar>
            <w:vAlign w:val="center"/>
          </w:tcPr>
          <w:p w:rsidR="00C31C5E" w:rsidRPr="00F94D92" w:rsidRDefault="00C31C5E">
            <w:pPr>
              <w:rPr>
                <w:b/>
                <w:color w:val="1F2933"/>
                <w:sz w:val="17"/>
              </w:rPr>
            </w:pPr>
            <w:r>
              <w:rPr>
                <w:b/>
                <w:color w:val="1F2933"/>
                <w:sz w:val="17"/>
                <w:lang w:val="ru-RU"/>
              </w:rPr>
              <w:t>Телефон</w:t>
            </w:r>
            <w:r w:rsidRPr="00F94D92">
              <w:rPr>
                <w:b/>
                <w:color w:val="1F2933"/>
                <w:sz w:val="17"/>
              </w:rPr>
              <w:t xml:space="preserve"> </w:t>
            </w:r>
            <w:r>
              <w:rPr>
                <w:b/>
                <w:color w:val="1F2933"/>
                <w:sz w:val="17"/>
              </w:rPr>
              <w:t xml:space="preserve">/ </w:t>
            </w:r>
            <w:proofErr w:type="spellStart"/>
            <w:r>
              <w:rPr>
                <w:b/>
                <w:color w:val="1F2933"/>
                <w:sz w:val="17"/>
                <w:lang w:val="ru-RU"/>
              </w:rPr>
              <w:t>Мессенжер</w:t>
            </w:r>
            <w:proofErr w:type="spellEnd"/>
          </w:p>
          <w:p w:rsidR="00C42800" w:rsidRDefault="003E6610">
            <w:r>
              <w:rPr>
                <w:b/>
                <w:color w:val="1F2933"/>
                <w:sz w:val="17"/>
              </w:rPr>
              <w:t>Phone / Messaging App</w:t>
            </w:r>
          </w:p>
          <w:p w:rsidR="00C42800" w:rsidRDefault="003E6610">
            <w:r>
              <w:rPr>
                <w:b/>
                <w:color w:val="1F2933"/>
                <w:sz w:val="17"/>
              </w:rPr>
              <w:t>电话或即时通讯</w:t>
            </w:r>
          </w:p>
        </w:tc>
        <w:tc>
          <w:tcPr>
            <w:tcW w:w="5953"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Default="003E6610">
            <w:r>
              <w:rPr>
                <w:color w:val="667085"/>
                <w:sz w:val="16"/>
              </w:rPr>
              <w:t xml:space="preserve">WhatsApp / WeChat / Line / KakaoTalk, if available / </w:t>
            </w:r>
            <w:r>
              <w:rPr>
                <w:color w:val="667085"/>
                <w:sz w:val="16"/>
              </w:rPr>
              <w:t>可选填写</w:t>
            </w:r>
          </w:p>
          <w:p w:rsidR="00C42800" w:rsidRDefault="003E6610">
            <w:r>
              <w:rPr>
                <w:color w:val="667085"/>
                <w:sz w:val="16"/>
              </w:rPr>
              <w:t>____________________________________________________________</w:t>
            </w:r>
          </w:p>
        </w:tc>
      </w:tr>
      <w:tr w:rsidR="00C42800" w:rsidTr="00380A47">
        <w:trPr>
          <w:trHeight w:val="2645"/>
        </w:trPr>
        <w:tc>
          <w:tcPr>
            <w:tcW w:w="3458" w:type="dxa"/>
            <w:tcBorders>
              <w:top w:val="single" w:sz="8" w:space="0" w:color="B7C4D6"/>
              <w:left w:val="single" w:sz="8" w:space="0" w:color="B7C4D6"/>
              <w:bottom w:val="single" w:sz="8" w:space="0" w:color="B7C4D6"/>
              <w:right w:val="single" w:sz="8" w:space="0" w:color="B7C4D6"/>
            </w:tcBorders>
            <w:shd w:val="clear" w:color="auto" w:fill="EEF2F7"/>
            <w:tcMar>
              <w:top w:w="90" w:type="dxa"/>
              <w:left w:w="120" w:type="dxa"/>
              <w:bottom w:w="90" w:type="dxa"/>
              <w:right w:w="120" w:type="dxa"/>
            </w:tcMar>
            <w:vAlign w:val="center"/>
          </w:tcPr>
          <w:p w:rsidR="006D4CF3" w:rsidRDefault="006D4CF3">
            <w:pPr>
              <w:rPr>
                <w:b/>
                <w:color w:val="1F2933"/>
                <w:sz w:val="17"/>
                <w:lang w:val="ru-RU"/>
              </w:rPr>
            </w:pPr>
            <w:r>
              <w:rPr>
                <w:b/>
                <w:color w:val="1F2933"/>
                <w:sz w:val="17"/>
                <w:lang w:val="ru-RU"/>
              </w:rPr>
              <w:t>Группа для участия</w:t>
            </w:r>
            <w:r>
              <w:rPr>
                <w:b/>
                <w:color w:val="1F2933"/>
                <w:sz w:val="17"/>
              </w:rPr>
              <w:t xml:space="preserve"> *</w:t>
            </w:r>
          </w:p>
          <w:p w:rsidR="00C42800" w:rsidRDefault="003E6610">
            <w:r>
              <w:rPr>
                <w:b/>
                <w:color w:val="1F2933"/>
                <w:sz w:val="17"/>
              </w:rPr>
              <w:t>Competition Group *</w:t>
            </w:r>
          </w:p>
          <w:p w:rsidR="00C42800" w:rsidRDefault="003E6610">
            <w:r>
              <w:rPr>
                <w:b/>
                <w:color w:val="1F2933"/>
                <w:sz w:val="17"/>
              </w:rPr>
              <w:t>参赛组别</w:t>
            </w:r>
            <w:r>
              <w:rPr>
                <w:b/>
                <w:color w:val="1F2933"/>
                <w:sz w:val="17"/>
              </w:rPr>
              <w:t xml:space="preserve"> *</w:t>
            </w:r>
          </w:p>
        </w:tc>
        <w:tc>
          <w:tcPr>
            <w:tcW w:w="5953"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Default="003E6610">
            <w:r>
              <w:rPr>
                <w:color w:val="667085"/>
                <w:sz w:val="16"/>
              </w:rPr>
              <w:t xml:space="preserve">[ ] </w:t>
            </w:r>
            <w:proofErr w:type="spellStart"/>
            <w:r w:rsidR="00C439FA">
              <w:rPr>
                <w:color w:val="667085"/>
                <w:sz w:val="16"/>
                <w:lang w:val="ru-RU"/>
              </w:rPr>
              <w:t>Фингерстайл</w:t>
            </w:r>
            <w:proofErr w:type="spellEnd"/>
            <w:r w:rsidR="00C439FA" w:rsidRPr="00C439FA">
              <w:rPr>
                <w:color w:val="667085"/>
                <w:sz w:val="16"/>
              </w:rPr>
              <w:t xml:space="preserve"> </w:t>
            </w:r>
            <w:r w:rsidR="00C439FA">
              <w:rPr>
                <w:color w:val="667085"/>
                <w:sz w:val="16"/>
              </w:rPr>
              <w:t xml:space="preserve">/ </w:t>
            </w:r>
            <w:r>
              <w:rPr>
                <w:color w:val="667085"/>
                <w:sz w:val="16"/>
              </w:rPr>
              <w:t xml:space="preserve">Fingerstyle Group / </w:t>
            </w:r>
            <w:proofErr w:type="spellStart"/>
            <w:r>
              <w:rPr>
                <w:color w:val="667085"/>
                <w:sz w:val="16"/>
              </w:rPr>
              <w:t>指弹组</w:t>
            </w:r>
            <w:proofErr w:type="spellEnd"/>
            <w:r>
              <w:rPr>
                <w:color w:val="667085"/>
                <w:sz w:val="16"/>
              </w:rPr>
              <w:t xml:space="preserve">    [ ] </w:t>
            </w:r>
            <w:r w:rsidR="00F66FB5">
              <w:rPr>
                <w:color w:val="667085"/>
                <w:sz w:val="16"/>
                <w:lang w:val="ru-RU"/>
              </w:rPr>
              <w:t>Вокал</w:t>
            </w:r>
            <w:r w:rsidR="00F66FB5">
              <w:rPr>
                <w:color w:val="667085"/>
                <w:sz w:val="16"/>
              </w:rPr>
              <w:t xml:space="preserve"> с</w:t>
            </w:r>
            <w:r w:rsidR="00C439FA" w:rsidRPr="00C439FA">
              <w:rPr>
                <w:color w:val="667085"/>
                <w:sz w:val="16"/>
              </w:rPr>
              <w:t xml:space="preserve"> </w:t>
            </w:r>
            <w:r w:rsidR="00C439FA">
              <w:rPr>
                <w:color w:val="667085"/>
                <w:sz w:val="16"/>
                <w:lang w:val="ru-RU"/>
              </w:rPr>
              <w:t>аккомпанемент</w:t>
            </w:r>
            <w:r w:rsidR="00F66FB5">
              <w:rPr>
                <w:color w:val="667085"/>
                <w:sz w:val="16"/>
                <w:lang w:val="ru-RU"/>
              </w:rPr>
              <w:t>ом</w:t>
            </w:r>
            <w:r w:rsidR="00C439FA" w:rsidRPr="00C439FA">
              <w:rPr>
                <w:color w:val="667085"/>
                <w:sz w:val="16"/>
              </w:rPr>
              <w:t xml:space="preserve"> </w:t>
            </w:r>
            <w:r w:rsidR="00C439FA">
              <w:rPr>
                <w:color w:val="667085"/>
                <w:sz w:val="16"/>
              </w:rPr>
              <w:t xml:space="preserve">/ </w:t>
            </w:r>
            <w:r>
              <w:rPr>
                <w:color w:val="667085"/>
                <w:sz w:val="16"/>
              </w:rPr>
              <w:t xml:space="preserve">Singing &amp; Playing Group / </w:t>
            </w:r>
            <w:proofErr w:type="spellStart"/>
            <w:r>
              <w:rPr>
                <w:color w:val="667085"/>
                <w:sz w:val="16"/>
              </w:rPr>
              <w:t>弹唱组</w:t>
            </w:r>
            <w:proofErr w:type="spellEnd"/>
          </w:p>
          <w:p w:rsidR="00C42800" w:rsidRDefault="003E6610">
            <w:r>
              <w:rPr>
                <w:color w:val="667085"/>
                <w:sz w:val="16"/>
              </w:rPr>
              <w:t>____________________________________________________________</w:t>
            </w:r>
          </w:p>
        </w:tc>
        <w:bookmarkStart w:id="0" w:name="_GoBack"/>
        <w:bookmarkEnd w:id="0"/>
      </w:tr>
    </w:tbl>
    <w:p w:rsidR="00C42800" w:rsidRDefault="00C42800">
      <w:pPr>
        <w:spacing w:after="0"/>
      </w:pPr>
    </w:p>
    <w:tbl>
      <w:tblPr>
        <w:tblW w:w="0" w:type="auto"/>
        <w:tblLook w:val="04A0" w:firstRow="1" w:lastRow="0" w:firstColumn="1" w:lastColumn="0" w:noHBand="0" w:noVBand="1"/>
      </w:tblPr>
      <w:tblGrid>
        <w:gridCol w:w="10086"/>
      </w:tblGrid>
      <w:tr w:rsidR="00C42800">
        <w:tc>
          <w:tcPr>
            <w:tcW w:w="10086" w:type="dxa"/>
            <w:tcBorders>
              <w:top w:val="single" w:sz="8" w:space="0" w:color="17365D"/>
              <w:left w:val="single" w:sz="8" w:space="0" w:color="17365D"/>
              <w:bottom w:val="single" w:sz="8" w:space="0" w:color="17365D"/>
              <w:right w:val="single" w:sz="8" w:space="0" w:color="17365D"/>
            </w:tcBorders>
            <w:shd w:val="clear" w:color="auto" w:fill="17365D"/>
            <w:tcMar>
              <w:top w:w="140" w:type="dxa"/>
              <w:left w:w="120" w:type="dxa"/>
              <w:bottom w:w="140" w:type="dxa"/>
              <w:right w:w="120" w:type="dxa"/>
            </w:tcMar>
          </w:tcPr>
          <w:p w:rsidR="00C42800" w:rsidRDefault="003E6610">
            <w:pPr>
              <w:spacing w:after="0"/>
            </w:pPr>
            <w:r>
              <w:rPr>
                <w:b/>
                <w:color w:val="FFFFFF"/>
                <w:sz w:val="21"/>
              </w:rPr>
              <w:lastRenderedPageBreak/>
              <w:t xml:space="preserve">B. </w:t>
            </w:r>
            <w:r w:rsidR="00151F7F">
              <w:rPr>
                <w:b/>
                <w:color w:val="FFFFFF"/>
                <w:sz w:val="21"/>
                <w:lang w:val="ru-RU"/>
              </w:rPr>
              <w:t xml:space="preserve">Начальная информация </w:t>
            </w:r>
            <w:r w:rsidR="00151F7F">
              <w:rPr>
                <w:b/>
                <w:color w:val="FFFFFF"/>
                <w:sz w:val="21"/>
              </w:rPr>
              <w:t>/</w:t>
            </w:r>
            <w:r w:rsidR="00151F7F" w:rsidRPr="00151F7F">
              <w:rPr>
                <w:b/>
                <w:color w:val="FFFFFF"/>
                <w:sz w:val="21"/>
              </w:rPr>
              <w:t xml:space="preserve"> </w:t>
            </w:r>
            <w:r>
              <w:rPr>
                <w:b/>
                <w:color w:val="FFFFFF"/>
                <w:sz w:val="21"/>
              </w:rPr>
              <w:t>Entry Work Information</w:t>
            </w:r>
          </w:p>
          <w:p w:rsidR="00C42800" w:rsidRDefault="003E6610">
            <w:pPr>
              <w:spacing w:after="0"/>
            </w:pPr>
            <w:r>
              <w:rPr>
                <w:b/>
                <w:color w:val="FFFFFF"/>
                <w:sz w:val="21"/>
              </w:rPr>
              <w:t xml:space="preserve">B. </w:t>
            </w:r>
            <w:r>
              <w:rPr>
                <w:b/>
                <w:color w:val="FFFFFF"/>
                <w:sz w:val="21"/>
              </w:rPr>
              <w:t>参赛作品信息</w:t>
            </w:r>
          </w:p>
        </w:tc>
      </w:tr>
    </w:tbl>
    <w:p w:rsidR="00C42800" w:rsidRDefault="00C42800">
      <w:pPr>
        <w:spacing w:after="0"/>
      </w:pPr>
    </w:p>
    <w:tbl>
      <w:tblPr>
        <w:tblStyle w:val="aff0"/>
        <w:tblW w:w="0" w:type="auto"/>
        <w:tblLayout w:type="fixed"/>
        <w:tblLook w:val="04A0" w:firstRow="1" w:lastRow="0" w:firstColumn="1" w:lastColumn="0" w:noHBand="0" w:noVBand="1"/>
      </w:tblPr>
      <w:tblGrid>
        <w:gridCol w:w="3458"/>
        <w:gridCol w:w="5953"/>
      </w:tblGrid>
      <w:tr w:rsidR="00C42800">
        <w:tc>
          <w:tcPr>
            <w:tcW w:w="3458" w:type="dxa"/>
            <w:tcBorders>
              <w:top w:val="single" w:sz="8" w:space="0" w:color="B7C4D6"/>
              <w:left w:val="single" w:sz="8" w:space="0" w:color="B7C4D6"/>
              <w:bottom w:val="single" w:sz="8" w:space="0" w:color="B7C4D6"/>
              <w:right w:val="single" w:sz="8" w:space="0" w:color="B7C4D6"/>
            </w:tcBorders>
            <w:shd w:val="clear" w:color="auto" w:fill="EEF2F7"/>
            <w:tcMar>
              <w:top w:w="90" w:type="dxa"/>
              <w:left w:w="120" w:type="dxa"/>
              <w:bottom w:w="90" w:type="dxa"/>
              <w:right w:w="120" w:type="dxa"/>
            </w:tcMar>
            <w:vAlign w:val="center"/>
          </w:tcPr>
          <w:p w:rsidR="001C67F8" w:rsidRDefault="001C67F8">
            <w:pPr>
              <w:rPr>
                <w:b/>
                <w:color w:val="1F2933"/>
                <w:sz w:val="17"/>
                <w:lang w:val="ru-RU"/>
              </w:rPr>
            </w:pPr>
            <w:r>
              <w:rPr>
                <w:b/>
                <w:color w:val="1F2933"/>
                <w:sz w:val="17"/>
                <w:lang w:val="ru-RU"/>
              </w:rPr>
              <w:t xml:space="preserve">Название композиции </w:t>
            </w:r>
            <w:r w:rsidRPr="001C67F8">
              <w:rPr>
                <w:b/>
                <w:color w:val="1F2933"/>
                <w:sz w:val="17"/>
                <w:lang w:val="ru-RU"/>
              </w:rPr>
              <w:t>*</w:t>
            </w:r>
          </w:p>
          <w:p w:rsidR="00C42800" w:rsidRPr="001C67F8" w:rsidRDefault="003E6610">
            <w:pPr>
              <w:rPr>
                <w:lang w:val="ru-RU"/>
              </w:rPr>
            </w:pPr>
            <w:r>
              <w:rPr>
                <w:b/>
                <w:color w:val="1F2933"/>
                <w:sz w:val="17"/>
              </w:rPr>
              <w:t>Work</w:t>
            </w:r>
            <w:r w:rsidRPr="001C67F8">
              <w:rPr>
                <w:b/>
                <w:color w:val="1F2933"/>
                <w:sz w:val="17"/>
                <w:lang w:val="ru-RU"/>
              </w:rPr>
              <w:t xml:space="preserve"> / </w:t>
            </w:r>
            <w:r>
              <w:rPr>
                <w:b/>
                <w:color w:val="1F2933"/>
                <w:sz w:val="17"/>
              </w:rPr>
              <w:t>Song</w:t>
            </w:r>
            <w:r w:rsidRPr="001C67F8">
              <w:rPr>
                <w:b/>
                <w:color w:val="1F2933"/>
                <w:sz w:val="17"/>
                <w:lang w:val="ru-RU"/>
              </w:rPr>
              <w:t xml:space="preserve"> </w:t>
            </w:r>
            <w:r>
              <w:rPr>
                <w:b/>
                <w:color w:val="1F2933"/>
                <w:sz w:val="17"/>
              </w:rPr>
              <w:t>Title</w:t>
            </w:r>
            <w:r w:rsidRPr="001C67F8">
              <w:rPr>
                <w:b/>
                <w:color w:val="1F2933"/>
                <w:sz w:val="17"/>
                <w:lang w:val="ru-RU"/>
              </w:rPr>
              <w:t xml:space="preserve"> *</w:t>
            </w:r>
          </w:p>
          <w:p w:rsidR="00C42800" w:rsidRPr="001C67F8" w:rsidRDefault="003E6610">
            <w:pPr>
              <w:rPr>
                <w:lang w:val="ru-RU"/>
              </w:rPr>
            </w:pPr>
            <w:proofErr w:type="spellStart"/>
            <w:r>
              <w:rPr>
                <w:b/>
                <w:color w:val="1F2933"/>
                <w:sz w:val="17"/>
              </w:rPr>
              <w:t>作品名称</w:t>
            </w:r>
            <w:proofErr w:type="spellEnd"/>
            <w:r w:rsidRPr="001C67F8">
              <w:rPr>
                <w:b/>
                <w:color w:val="1F2933"/>
                <w:sz w:val="17"/>
                <w:lang w:val="ru-RU"/>
              </w:rPr>
              <w:t xml:space="preserve"> *</w:t>
            </w:r>
          </w:p>
        </w:tc>
        <w:tc>
          <w:tcPr>
            <w:tcW w:w="5953"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Default="001C67F8">
            <w:proofErr w:type="spellStart"/>
            <w:r w:rsidRPr="001C67F8">
              <w:rPr>
                <w:color w:val="667085"/>
                <w:sz w:val="16"/>
              </w:rPr>
              <w:t>Название</w:t>
            </w:r>
            <w:proofErr w:type="spellEnd"/>
            <w:r w:rsidRPr="001C67F8">
              <w:rPr>
                <w:color w:val="667085"/>
                <w:sz w:val="16"/>
              </w:rPr>
              <w:t xml:space="preserve"> </w:t>
            </w:r>
            <w:proofErr w:type="spellStart"/>
            <w:r w:rsidRPr="001C67F8">
              <w:rPr>
                <w:color w:val="667085"/>
                <w:sz w:val="16"/>
              </w:rPr>
              <w:t>представленной</w:t>
            </w:r>
            <w:proofErr w:type="spellEnd"/>
            <w:r w:rsidRPr="001C67F8">
              <w:rPr>
                <w:color w:val="667085"/>
                <w:sz w:val="16"/>
              </w:rPr>
              <w:t xml:space="preserve"> </w:t>
            </w:r>
            <w:proofErr w:type="spellStart"/>
            <w:r w:rsidRPr="001C67F8">
              <w:rPr>
                <w:color w:val="667085"/>
                <w:sz w:val="16"/>
              </w:rPr>
              <w:t>работы</w:t>
            </w:r>
            <w:proofErr w:type="spellEnd"/>
            <w:r>
              <w:rPr>
                <w:color w:val="667085"/>
                <w:sz w:val="16"/>
                <w:lang w:val="ru-RU"/>
              </w:rPr>
              <w:t xml:space="preserve"> </w:t>
            </w:r>
            <w:r>
              <w:rPr>
                <w:color w:val="667085"/>
                <w:sz w:val="16"/>
              </w:rPr>
              <w:t xml:space="preserve">/ </w:t>
            </w:r>
            <w:r w:rsidR="003E6610">
              <w:rPr>
                <w:color w:val="667085"/>
                <w:sz w:val="16"/>
              </w:rPr>
              <w:t xml:space="preserve">Title of the submitted work / </w:t>
            </w:r>
            <w:r w:rsidR="003E6610">
              <w:rPr>
                <w:color w:val="667085"/>
                <w:sz w:val="16"/>
              </w:rPr>
              <w:t>参赛作品名称</w:t>
            </w:r>
          </w:p>
          <w:p w:rsidR="00C42800" w:rsidRDefault="003E6610">
            <w:r>
              <w:rPr>
                <w:color w:val="667085"/>
                <w:sz w:val="16"/>
              </w:rPr>
              <w:t>____________________________________________________________</w:t>
            </w:r>
          </w:p>
        </w:tc>
      </w:tr>
      <w:tr w:rsidR="00C42800">
        <w:tc>
          <w:tcPr>
            <w:tcW w:w="3458" w:type="dxa"/>
            <w:tcBorders>
              <w:top w:val="single" w:sz="8" w:space="0" w:color="B7C4D6"/>
              <w:left w:val="single" w:sz="8" w:space="0" w:color="B7C4D6"/>
              <w:bottom w:val="single" w:sz="8" w:space="0" w:color="B7C4D6"/>
              <w:right w:val="single" w:sz="8" w:space="0" w:color="B7C4D6"/>
            </w:tcBorders>
            <w:shd w:val="clear" w:color="auto" w:fill="EEF2F7"/>
            <w:tcMar>
              <w:top w:w="90" w:type="dxa"/>
              <w:left w:w="120" w:type="dxa"/>
              <w:bottom w:w="90" w:type="dxa"/>
              <w:right w:w="120" w:type="dxa"/>
            </w:tcMar>
            <w:vAlign w:val="center"/>
          </w:tcPr>
          <w:p w:rsidR="00684087" w:rsidRDefault="00684087">
            <w:pPr>
              <w:rPr>
                <w:b/>
                <w:color w:val="1F2933"/>
                <w:sz w:val="17"/>
                <w:lang w:val="ru-RU"/>
              </w:rPr>
            </w:pPr>
            <w:r>
              <w:rPr>
                <w:b/>
                <w:color w:val="1F2933"/>
                <w:sz w:val="17"/>
                <w:lang w:val="ru-RU"/>
              </w:rPr>
              <w:t xml:space="preserve">Оригинальная композиция </w:t>
            </w:r>
            <w:r w:rsidRPr="00684087">
              <w:rPr>
                <w:b/>
                <w:color w:val="1F2933"/>
                <w:sz w:val="17"/>
                <w:lang w:val="ru-RU"/>
              </w:rPr>
              <w:t>*</w:t>
            </w:r>
          </w:p>
          <w:p w:rsidR="00C42800" w:rsidRPr="00684087" w:rsidRDefault="003E6610">
            <w:pPr>
              <w:rPr>
                <w:lang w:val="ru-RU"/>
              </w:rPr>
            </w:pPr>
            <w:r>
              <w:rPr>
                <w:b/>
                <w:color w:val="1F2933"/>
                <w:sz w:val="17"/>
              </w:rPr>
              <w:t>Original</w:t>
            </w:r>
            <w:r w:rsidRPr="00684087">
              <w:rPr>
                <w:b/>
                <w:color w:val="1F2933"/>
                <w:sz w:val="17"/>
                <w:lang w:val="ru-RU"/>
              </w:rPr>
              <w:t xml:space="preserve"> </w:t>
            </w:r>
            <w:r>
              <w:rPr>
                <w:b/>
                <w:color w:val="1F2933"/>
                <w:sz w:val="17"/>
              </w:rPr>
              <w:t>Work</w:t>
            </w:r>
            <w:r w:rsidRPr="00684087">
              <w:rPr>
                <w:b/>
                <w:color w:val="1F2933"/>
                <w:sz w:val="17"/>
                <w:lang w:val="ru-RU"/>
              </w:rPr>
              <w:t xml:space="preserve"> *</w:t>
            </w:r>
          </w:p>
          <w:p w:rsidR="00C42800" w:rsidRPr="00684087" w:rsidRDefault="003E6610">
            <w:pPr>
              <w:rPr>
                <w:lang w:val="ru-RU"/>
              </w:rPr>
            </w:pPr>
            <w:proofErr w:type="spellStart"/>
            <w:r>
              <w:rPr>
                <w:b/>
                <w:color w:val="1F2933"/>
                <w:sz w:val="17"/>
              </w:rPr>
              <w:t>是否原创</w:t>
            </w:r>
            <w:proofErr w:type="spellEnd"/>
            <w:r w:rsidRPr="00684087">
              <w:rPr>
                <w:b/>
                <w:color w:val="1F2933"/>
                <w:sz w:val="17"/>
                <w:lang w:val="ru-RU"/>
              </w:rPr>
              <w:t xml:space="preserve"> *</w:t>
            </w:r>
          </w:p>
        </w:tc>
        <w:tc>
          <w:tcPr>
            <w:tcW w:w="5953"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Pr="00684087" w:rsidRDefault="003E6610">
            <w:pPr>
              <w:rPr>
                <w:lang w:val="ru-RU"/>
              </w:rPr>
            </w:pPr>
            <w:proofErr w:type="gramStart"/>
            <w:r w:rsidRPr="00684087">
              <w:rPr>
                <w:color w:val="667085"/>
                <w:sz w:val="16"/>
                <w:lang w:val="ru-RU"/>
              </w:rPr>
              <w:t>[ ]</w:t>
            </w:r>
            <w:proofErr w:type="gramEnd"/>
            <w:r w:rsidRPr="00684087">
              <w:rPr>
                <w:color w:val="667085"/>
                <w:sz w:val="16"/>
                <w:lang w:val="ru-RU"/>
              </w:rPr>
              <w:t xml:space="preserve"> </w:t>
            </w:r>
            <w:r w:rsidR="00684087">
              <w:rPr>
                <w:color w:val="667085"/>
                <w:sz w:val="16"/>
                <w:lang w:val="ru-RU"/>
              </w:rPr>
              <w:t>Да</w:t>
            </w:r>
            <w:r w:rsidR="00684087" w:rsidRPr="00684087">
              <w:rPr>
                <w:color w:val="667085"/>
                <w:sz w:val="16"/>
                <w:lang w:val="ru-RU"/>
              </w:rPr>
              <w:t xml:space="preserve">, </w:t>
            </w:r>
            <w:r w:rsidR="00684087">
              <w:rPr>
                <w:color w:val="667085"/>
                <w:sz w:val="16"/>
                <w:lang w:val="ru-RU"/>
              </w:rPr>
              <w:t>оригинальная</w:t>
            </w:r>
            <w:r w:rsidR="00684087" w:rsidRPr="00684087">
              <w:rPr>
                <w:color w:val="667085"/>
                <w:sz w:val="16"/>
                <w:lang w:val="ru-RU"/>
              </w:rPr>
              <w:t xml:space="preserve"> </w:t>
            </w:r>
            <w:r w:rsidR="00684087">
              <w:rPr>
                <w:color w:val="667085"/>
                <w:sz w:val="16"/>
                <w:lang w:val="ru-RU"/>
              </w:rPr>
              <w:t>композиция</w:t>
            </w:r>
            <w:r w:rsidR="00684087" w:rsidRPr="00684087">
              <w:rPr>
                <w:color w:val="667085"/>
                <w:sz w:val="16"/>
                <w:lang w:val="ru-RU"/>
              </w:rPr>
              <w:t xml:space="preserve"> / </w:t>
            </w:r>
            <w:r>
              <w:rPr>
                <w:color w:val="667085"/>
                <w:sz w:val="16"/>
              </w:rPr>
              <w:t>Yes</w:t>
            </w:r>
            <w:r w:rsidRPr="00684087">
              <w:rPr>
                <w:color w:val="667085"/>
                <w:sz w:val="16"/>
                <w:lang w:val="ru-RU"/>
              </w:rPr>
              <w:t xml:space="preserve">, </w:t>
            </w:r>
            <w:r>
              <w:rPr>
                <w:color w:val="667085"/>
                <w:sz w:val="16"/>
              </w:rPr>
              <w:t>original</w:t>
            </w:r>
            <w:r w:rsidRPr="00684087">
              <w:rPr>
                <w:color w:val="667085"/>
                <w:sz w:val="16"/>
                <w:lang w:val="ru-RU"/>
              </w:rPr>
              <w:t xml:space="preserve"> </w:t>
            </w:r>
            <w:r>
              <w:rPr>
                <w:color w:val="667085"/>
                <w:sz w:val="16"/>
              </w:rPr>
              <w:t>work</w:t>
            </w:r>
            <w:r w:rsidRPr="00684087">
              <w:rPr>
                <w:color w:val="667085"/>
                <w:sz w:val="16"/>
                <w:lang w:val="ru-RU"/>
              </w:rPr>
              <w:t xml:space="preserve"> / </w:t>
            </w:r>
            <w:proofErr w:type="spellStart"/>
            <w:r>
              <w:rPr>
                <w:color w:val="667085"/>
                <w:sz w:val="16"/>
              </w:rPr>
              <w:t>是</w:t>
            </w:r>
            <w:r w:rsidRPr="00684087">
              <w:rPr>
                <w:color w:val="667085"/>
                <w:sz w:val="16"/>
                <w:lang w:val="ru-RU"/>
              </w:rPr>
              <w:t>，</w:t>
            </w:r>
            <w:r>
              <w:rPr>
                <w:color w:val="667085"/>
                <w:sz w:val="16"/>
              </w:rPr>
              <w:t>原创</w:t>
            </w:r>
            <w:proofErr w:type="spellEnd"/>
            <w:r w:rsidRPr="00684087">
              <w:rPr>
                <w:color w:val="667085"/>
                <w:sz w:val="16"/>
                <w:lang w:val="ru-RU"/>
              </w:rPr>
              <w:t xml:space="preserve">    [ ] </w:t>
            </w:r>
            <w:r w:rsidR="00684087">
              <w:rPr>
                <w:color w:val="667085"/>
                <w:sz w:val="16"/>
                <w:lang w:val="ru-RU"/>
              </w:rPr>
              <w:t xml:space="preserve">Нет, </w:t>
            </w:r>
            <w:proofErr w:type="spellStart"/>
            <w:r w:rsidR="00684087">
              <w:rPr>
                <w:color w:val="667085"/>
                <w:sz w:val="16"/>
                <w:lang w:val="ru-RU"/>
              </w:rPr>
              <w:t>кавер</w:t>
            </w:r>
            <w:proofErr w:type="spellEnd"/>
            <w:r w:rsidR="00684087">
              <w:rPr>
                <w:color w:val="667085"/>
                <w:sz w:val="16"/>
                <w:lang w:val="ru-RU"/>
              </w:rPr>
              <w:t xml:space="preserve"> </w:t>
            </w:r>
            <w:r w:rsidR="00684087" w:rsidRPr="00684087">
              <w:rPr>
                <w:color w:val="667085"/>
                <w:sz w:val="16"/>
                <w:lang w:val="ru-RU"/>
              </w:rPr>
              <w:t xml:space="preserve">/ </w:t>
            </w:r>
            <w:r>
              <w:rPr>
                <w:color w:val="667085"/>
                <w:sz w:val="16"/>
              </w:rPr>
              <w:t>No</w:t>
            </w:r>
            <w:r w:rsidRPr="00684087">
              <w:rPr>
                <w:color w:val="667085"/>
                <w:sz w:val="16"/>
                <w:lang w:val="ru-RU"/>
              </w:rPr>
              <w:t xml:space="preserve">, </w:t>
            </w:r>
            <w:r>
              <w:rPr>
                <w:color w:val="667085"/>
                <w:sz w:val="16"/>
              </w:rPr>
              <w:t>cover</w:t>
            </w:r>
            <w:r w:rsidRPr="00684087">
              <w:rPr>
                <w:color w:val="667085"/>
                <w:sz w:val="16"/>
                <w:lang w:val="ru-RU"/>
              </w:rPr>
              <w:t xml:space="preserve"> </w:t>
            </w:r>
            <w:r>
              <w:rPr>
                <w:color w:val="667085"/>
                <w:sz w:val="16"/>
              </w:rPr>
              <w:t>work</w:t>
            </w:r>
            <w:r w:rsidRPr="00684087">
              <w:rPr>
                <w:color w:val="667085"/>
                <w:sz w:val="16"/>
                <w:lang w:val="ru-RU"/>
              </w:rPr>
              <w:t xml:space="preserve"> / </w:t>
            </w:r>
            <w:proofErr w:type="spellStart"/>
            <w:r>
              <w:rPr>
                <w:color w:val="667085"/>
                <w:sz w:val="16"/>
              </w:rPr>
              <w:t>否</w:t>
            </w:r>
            <w:r w:rsidRPr="00684087">
              <w:rPr>
                <w:color w:val="667085"/>
                <w:sz w:val="16"/>
                <w:lang w:val="ru-RU"/>
              </w:rPr>
              <w:t>，</w:t>
            </w:r>
            <w:r>
              <w:rPr>
                <w:color w:val="667085"/>
                <w:sz w:val="16"/>
              </w:rPr>
              <w:t>翻弹</w:t>
            </w:r>
            <w:proofErr w:type="spellEnd"/>
            <w:r w:rsidRPr="00684087">
              <w:rPr>
                <w:color w:val="667085"/>
                <w:sz w:val="16"/>
                <w:lang w:val="ru-RU"/>
              </w:rPr>
              <w:t>/</w:t>
            </w:r>
            <w:proofErr w:type="spellStart"/>
            <w:r>
              <w:rPr>
                <w:color w:val="667085"/>
                <w:sz w:val="16"/>
              </w:rPr>
              <w:t>翻唱</w:t>
            </w:r>
            <w:proofErr w:type="spellEnd"/>
            <w:r w:rsidRPr="00684087">
              <w:rPr>
                <w:color w:val="667085"/>
                <w:sz w:val="16"/>
                <w:lang w:val="ru-RU"/>
              </w:rPr>
              <w:t xml:space="preserve">    [ ] </w:t>
            </w:r>
            <w:r w:rsidR="00684087">
              <w:rPr>
                <w:color w:val="667085"/>
                <w:sz w:val="16"/>
                <w:lang w:val="ru-RU"/>
              </w:rPr>
              <w:t xml:space="preserve">Аранжировка или адаптация </w:t>
            </w:r>
            <w:r w:rsidR="00684087" w:rsidRPr="00684087">
              <w:rPr>
                <w:color w:val="667085"/>
                <w:sz w:val="16"/>
                <w:lang w:val="ru-RU"/>
              </w:rPr>
              <w:t xml:space="preserve">/ </w:t>
            </w:r>
            <w:r>
              <w:rPr>
                <w:color w:val="667085"/>
                <w:sz w:val="16"/>
              </w:rPr>
              <w:t>Arrangement</w:t>
            </w:r>
            <w:r w:rsidRPr="00684087">
              <w:rPr>
                <w:color w:val="667085"/>
                <w:sz w:val="16"/>
                <w:lang w:val="ru-RU"/>
              </w:rPr>
              <w:t xml:space="preserve"> / </w:t>
            </w:r>
            <w:r>
              <w:rPr>
                <w:color w:val="667085"/>
                <w:sz w:val="16"/>
              </w:rPr>
              <w:t>adaptation</w:t>
            </w:r>
            <w:r w:rsidRPr="00684087">
              <w:rPr>
                <w:color w:val="667085"/>
                <w:sz w:val="16"/>
                <w:lang w:val="ru-RU"/>
              </w:rPr>
              <w:t xml:space="preserve"> / </w:t>
            </w:r>
            <w:proofErr w:type="spellStart"/>
            <w:r>
              <w:rPr>
                <w:color w:val="667085"/>
                <w:sz w:val="16"/>
              </w:rPr>
              <w:t>改编作品</w:t>
            </w:r>
            <w:proofErr w:type="spellEnd"/>
          </w:p>
          <w:p w:rsidR="00C42800" w:rsidRDefault="003E6610">
            <w:r>
              <w:rPr>
                <w:color w:val="667085"/>
                <w:sz w:val="16"/>
              </w:rPr>
              <w:t>____________________________________________________________</w:t>
            </w:r>
          </w:p>
        </w:tc>
      </w:tr>
      <w:tr w:rsidR="00C42800" w:rsidTr="00CD4FAD">
        <w:trPr>
          <w:trHeight w:val="2365"/>
        </w:trPr>
        <w:tc>
          <w:tcPr>
            <w:tcW w:w="3458" w:type="dxa"/>
            <w:tcBorders>
              <w:top w:val="single" w:sz="8" w:space="0" w:color="B7C4D6"/>
              <w:left w:val="single" w:sz="8" w:space="0" w:color="B7C4D6"/>
              <w:bottom w:val="single" w:sz="8" w:space="0" w:color="B7C4D6"/>
              <w:right w:val="single" w:sz="8" w:space="0" w:color="B7C4D6"/>
            </w:tcBorders>
            <w:shd w:val="clear" w:color="auto" w:fill="EEF2F7"/>
            <w:tcMar>
              <w:top w:w="90" w:type="dxa"/>
              <w:left w:w="120" w:type="dxa"/>
              <w:bottom w:w="90" w:type="dxa"/>
              <w:right w:w="120" w:type="dxa"/>
            </w:tcMar>
            <w:vAlign w:val="center"/>
          </w:tcPr>
          <w:p w:rsidR="008B163F" w:rsidRDefault="008B163F">
            <w:pPr>
              <w:rPr>
                <w:b/>
                <w:color w:val="1F2933"/>
                <w:sz w:val="17"/>
              </w:rPr>
            </w:pPr>
            <w:proofErr w:type="spellStart"/>
            <w:r w:rsidRPr="008B163F">
              <w:rPr>
                <w:b/>
                <w:color w:val="1F2933"/>
                <w:sz w:val="17"/>
              </w:rPr>
              <w:t>Автор</w:t>
            </w:r>
            <w:proofErr w:type="spellEnd"/>
            <w:r w:rsidRPr="008B163F">
              <w:rPr>
                <w:b/>
                <w:color w:val="1F2933"/>
                <w:sz w:val="17"/>
              </w:rPr>
              <w:t xml:space="preserve"> </w:t>
            </w:r>
            <w:proofErr w:type="spellStart"/>
            <w:r w:rsidRPr="008B163F">
              <w:rPr>
                <w:b/>
                <w:color w:val="1F2933"/>
                <w:sz w:val="17"/>
              </w:rPr>
              <w:t>оригинала</w:t>
            </w:r>
            <w:proofErr w:type="spellEnd"/>
            <w:r w:rsidRPr="008B163F">
              <w:rPr>
                <w:b/>
                <w:color w:val="1F2933"/>
                <w:sz w:val="17"/>
              </w:rPr>
              <w:t xml:space="preserve"> / </w:t>
            </w:r>
            <w:proofErr w:type="spellStart"/>
            <w:r w:rsidRPr="008B163F">
              <w:rPr>
                <w:b/>
                <w:color w:val="1F2933"/>
                <w:sz w:val="17"/>
              </w:rPr>
              <w:t>Композитор</w:t>
            </w:r>
            <w:proofErr w:type="spellEnd"/>
          </w:p>
          <w:p w:rsidR="00C42800" w:rsidRDefault="003E6610">
            <w:r>
              <w:rPr>
                <w:b/>
                <w:color w:val="1F2933"/>
                <w:sz w:val="17"/>
              </w:rPr>
              <w:t>Original Author / Composer</w:t>
            </w:r>
          </w:p>
          <w:p w:rsidR="00C42800" w:rsidRDefault="003E6610">
            <w:r>
              <w:rPr>
                <w:b/>
                <w:color w:val="1F2933"/>
                <w:sz w:val="17"/>
              </w:rPr>
              <w:t>原作者</w:t>
            </w:r>
          </w:p>
        </w:tc>
        <w:tc>
          <w:tcPr>
            <w:tcW w:w="5953"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Default="008B163F">
            <w:r w:rsidRPr="008B163F">
              <w:rPr>
                <w:color w:val="667085"/>
                <w:sz w:val="16"/>
                <w:lang w:val="ru-RU"/>
              </w:rPr>
              <w:t xml:space="preserve">Требуется, если работа не оригинальна. Укажите композитора, автора песен или источник, если он известен. / </w:t>
            </w:r>
            <w:r w:rsidR="003E6610">
              <w:rPr>
                <w:color w:val="667085"/>
                <w:sz w:val="16"/>
              </w:rPr>
              <w:t>Required</w:t>
            </w:r>
            <w:r w:rsidR="003E6610" w:rsidRPr="008B163F">
              <w:rPr>
                <w:color w:val="667085"/>
                <w:sz w:val="16"/>
                <w:lang w:val="ru-RU"/>
              </w:rPr>
              <w:t xml:space="preserve"> </w:t>
            </w:r>
            <w:r w:rsidR="003E6610">
              <w:rPr>
                <w:color w:val="667085"/>
                <w:sz w:val="16"/>
              </w:rPr>
              <w:t>if</w:t>
            </w:r>
            <w:r w:rsidR="003E6610" w:rsidRPr="008B163F">
              <w:rPr>
                <w:color w:val="667085"/>
                <w:sz w:val="16"/>
                <w:lang w:val="ru-RU"/>
              </w:rPr>
              <w:t xml:space="preserve"> </w:t>
            </w:r>
            <w:r w:rsidR="003E6610">
              <w:rPr>
                <w:color w:val="667085"/>
                <w:sz w:val="16"/>
              </w:rPr>
              <w:t>the</w:t>
            </w:r>
            <w:r w:rsidR="003E6610" w:rsidRPr="008B163F">
              <w:rPr>
                <w:color w:val="667085"/>
                <w:sz w:val="16"/>
                <w:lang w:val="ru-RU"/>
              </w:rPr>
              <w:t xml:space="preserve"> </w:t>
            </w:r>
            <w:r w:rsidR="003E6610">
              <w:rPr>
                <w:color w:val="667085"/>
                <w:sz w:val="16"/>
              </w:rPr>
              <w:t>work</w:t>
            </w:r>
            <w:r w:rsidR="003E6610" w:rsidRPr="008B163F">
              <w:rPr>
                <w:color w:val="667085"/>
                <w:sz w:val="16"/>
                <w:lang w:val="ru-RU"/>
              </w:rPr>
              <w:t xml:space="preserve"> </w:t>
            </w:r>
            <w:r w:rsidR="003E6610">
              <w:rPr>
                <w:color w:val="667085"/>
                <w:sz w:val="16"/>
              </w:rPr>
              <w:t>is</w:t>
            </w:r>
            <w:r w:rsidR="003E6610" w:rsidRPr="008B163F">
              <w:rPr>
                <w:color w:val="667085"/>
                <w:sz w:val="16"/>
                <w:lang w:val="ru-RU"/>
              </w:rPr>
              <w:t xml:space="preserve"> </w:t>
            </w:r>
            <w:r w:rsidR="003E6610">
              <w:rPr>
                <w:color w:val="667085"/>
                <w:sz w:val="16"/>
              </w:rPr>
              <w:t>not</w:t>
            </w:r>
            <w:r w:rsidR="003E6610" w:rsidRPr="008B163F">
              <w:rPr>
                <w:color w:val="667085"/>
                <w:sz w:val="16"/>
                <w:lang w:val="ru-RU"/>
              </w:rPr>
              <w:t xml:space="preserve"> </w:t>
            </w:r>
            <w:r w:rsidR="003E6610">
              <w:rPr>
                <w:color w:val="667085"/>
                <w:sz w:val="16"/>
              </w:rPr>
              <w:t>original</w:t>
            </w:r>
            <w:r w:rsidR="003E6610" w:rsidRPr="008B163F">
              <w:rPr>
                <w:color w:val="667085"/>
                <w:sz w:val="16"/>
                <w:lang w:val="ru-RU"/>
              </w:rPr>
              <w:t xml:space="preserve">. </w:t>
            </w:r>
            <w:r w:rsidR="003E6610">
              <w:rPr>
                <w:color w:val="667085"/>
                <w:sz w:val="16"/>
              </w:rPr>
              <w:t xml:space="preserve">Include composer, songwriter, or source if known. / </w:t>
            </w:r>
            <w:r w:rsidR="003E6610">
              <w:rPr>
                <w:color w:val="667085"/>
                <w:sz w:val="16"/>
              </w:rPr>
              <w:t>非原创作品必填。</w:t>
            </w:r>
          </w:p>
          <w:p w:rsidR="00C42800" w:rsidRDefault="003E6610">
            <w:r>
              <w:rPr>
                <w:color w:val="667085"/>
                <w:sz w:val="16"/>
              </w:rPr>
              <w:t>____________________________________________________________</w:t>
            </w:r>
          </w:p>
        </w:tc>
      </w:tr>
      <w:tr w:rsidR="00C42800" w:rsidTr="00CD4FAD">
        <w:trPr>
          <w:trHeight w:val="2335"/>
        </w:trPr>
        <w:tc>
          <w:tcPr>
            <w:tcW w:w="3458" w:type="dxa"/>
            <w:tcBorders>
              <w:top w:val="single" w:sz="8" w:space="0" w:color="B7C4D6"/>
              <w:left w:val="single" w:sz="8" w:space="0" w:color="B7C4D6"/>
              <w:bottom w:val="single" w:sz="8" w:space="0" w:color="B7C4D6"/>
              <w:right w:val="single" w:sz="8" w:space="0" w:color="B7C4D6"/>
            </w:tcBorders>
            <w:shd w:val="clear" w:color="auto" w:fill="EEF2F7"/>
            <w:tcMar>
              <w:top w:w="90" w:type="dxa"/>
              <w:left w:w="120" w:type="dxa"/>
              <w:bottom w:w="90" w:type="dxa"/>
              <w:right w:w="120" w:type="dxa"/>
            </w:tcMar>
            <w:vAlign w:val="center"/>
          </w:tcPr>
          <w:p w:rsidR="008B163F" w:rsidRDefault="008B163F">
            <w:pPr>
              <w:rPr>
                <w:b/>
                <w:color w:val="1F2933"/>
                <w:sz w:val="17"/>
              </w:rPr>
            </w:pPr>
            <w:proofErr w:type="spellStart"/>
            <w:r w:rsidRPr="008B163F">
              <w:rPr>
                <w:b/>
                <w:color w:val="1F2933"/>
                <w:sz w:val="17"/>
              </w:rPr>
              <w:t>Аранжировщик</w:t>
            </w:r>
            <w:proofErr w:type="spellEnd"/>
          </w:p>
          <w:p w:rsidR="00C42800" w:rsidRDefault="003E6610">
            <w:r>
              <w:rPr>
                <w:b/>
                <w:color w:val="1F2933"/>
                <w:sz w:val="17"/>
              </w:rPr>
              <w:t>Arranger</w:t>
            </w:r>
          </w:p>
          <w:p w:rsidR="00C42800" w:rsidRDefault="003E6610">
            <w:r>
              <w:rPr>
                <w:b/>
                <w:color w:val="1F2933"/>
                <w:sz w:val="17"/>
              </w:rPr>
              <w:t>改编</w:t>
            </w:r>
            <w:r>
              <w:rPr>
                <w:b/>
                <w:color w:val="1F2933"/>
                <w:sz w:val="17"/>
              </w:rPr>
              <w:t>/</w:t>
            </w:r>
            <w:r>
              <w:rPr>
                <w:b/>
                <w:color w:val="1F2933"/>
                <w:sz w:val="17"/>
              </w:rPr>
              <w:t>编曲者</w:t>
            </w:r>
          </w:p>
        </w:tc>
        <w:tc>
          <w:tcPr>
            <w:tcW w:w="5953"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Default="008B163F">
            <w:proofErr w:type="spellStart"/>
            <w:r w:rsidRPr="008B163F">
              <w:rPr>
                <w:color w:val="667085"/>
                <w:sz w:val="16"/>
              </w:rPr>
              <w:t>Если</w:t>
            </w:r>
            <w:proofErr w:type="spellEnd"/>
            <w:r w:rsidRPr="008B163F">
              <w:rPr>
                <w:color w:val="667085"/>
                <w:sz w:val="16"/>
              </w:rPr>
              <w:t xml:space="preserve"> </w:t>
            </w:r>
            <w:proofErr w:type="spellStart"/>
            <w:r w:rsidRPr="008B163F">
              <w:rPr>
                <w:color w:val="667085"/>
                <w:sz w:val="16"/>
              </w:rPr>
              <w:t>применимо</w:t>
            </w:r>
            <w:proofErr w:type="spellEnd"/>
            <w:r w:rsidRPr="008B163F">
              <w:rPr>
                <w:color w:val="667085"/>
                <w:sz w:val="16"/>
              </w:rPr>
              <w:t xml:space="preserve"> </w:t>
            </w:r>
            <w:r>
              <w:rPr>
                <w:color w:val="667085"/>
                <w:sz w:val="16"/>
              </w:rPr>
              <w:t xml:space="preserve">/ </w:t>
            </w:r>
            <w:r w:rsidR="003E6610">
              <w:rPr>
                <w:color w:val="667085"/>
                <w:sz w:val="16"/>
              </w:rPr>
              <w:t xml:space="preserve">If applicable / </w:t>
            </w:r>
            <w:proofErr w:type="spellStart"/>
            <w:r w:rsidR="003E6610">
              <w:rPr>
                <w:color w:val="667085"/>
                <w:sz w:val="16"/>
              </w:rPr>
              <w:t>如适用</w:t>
            </w:r>
            <w:proofErr w:type="spellEnd"/>
          </w:p>
          <w:p w:rsidR="00C42800" w:rsidRDefault="003E6610">
            <w:r>
              <w:rPr>
                <w:color w:val="667085"/>
                <w:sz w:val="16"/>
              </w:rPr>
              <w:t>____________________________________________________________</w:t>
            </w:r>
          </w:p>
        </w:tc>
      </w:tr>
      <w:tr w:rsidR="00C42800" w:rsidTr="00CD4FAD">
        <w:trPr>
          <w:trHeight w:val="3865"/>
        </w:trPr>
        <w:tc>
          <w:tcPr>
            <w:tcW w:w="3458" w:type="dxa"/>
            <w:tcBorders>
              <w:top w:val="single" w:sz="8" w:space="0" w:color="B7C4D6"/>
              <w:left w:val="single" w:sz="8" w:space="0" w:color="B7C4D6"/>
              <w:bottom w:val="single" w:sz="8" w:space="0" w:color="B7C4D6"/>
              <w:right w:val="single" w:sz="8" w:space="0" w:color="B7C4D6"/>
            </w:tcBorders>
            <w:shd w:val="clear" w:color="auto" w:fill="EEF2F7"/>
            <w:tcMar>
              <w:top w:w="90" w:type="dxa"/>
              <w:left w:w="120" w:type="dxa"/>
              <w:bottom w:w="90" w:type="dxa"/>
              <w:right w:w="120" w:type="dxa"/>
            </w:tcMar>
            <w:vAlign w:val="center"/>
          </w:tcPr>
          <w:p w:rsidR="001002FD" w:rsidRPr="001002FD" w:rsidRDefault="001002FD">
            <w:pPr>
              <w:rPr>
                <w:b/>
                <w:color w:val="1F2933"/>
                <w:sz w:val="17"/>
                <w:lang w:val="ru-RU"/>
              </w:rPr>
            </w:pPr>
            <w:r w:rsidRPr="001002FD">
              <w:rPr>
                <w:rStyle w:val="rynqvb"/>
                <w:b/>
                <w:lang w:val="ru-RU"/>
              </w:rPr>
              <w:t xml:space="preserve">Введение и послание к работе </w:t>
            </w:r>
            <w:r w:rsidRPr="001002FD">
              <w:rPr>
                <w:b/>
                <w:color w:val="1F2933"/>
                <w:sz w:val="17"/>
                <w:lang w:val="ru-RU"/>
              </w:rPr>
              <w:t>*</w:t>
            </w:r>
          </w:p>
          <w:p w:rsidR="00C42800" w:rsidRDefault="003E6610">
            <w:r>
              <w:rPr>
                <w:b/>
                <w:color w:val="1F2933"/>
                <w:sz w:val="17"/>
              </w:rPr>
              <w:t>Work Introduction and Message *</w:t>
            </w:r>
          </w:p>
          <w:p w:rsidR="00C42800" w:rsidRDefault="003E6610">
            <w:r>
              <w:rPr>
                <w:b/>
                <w:color w:val="1F2933"/>
                <w:sz w:val="17"/>
              </w:rPr>
              <w:t>作品简介（表达内容）</w:t>
            </w:r>
            <w:r>
              <w:rPr>
                <w:b/>
                <w:color w:val="1F2933"/>
                <w:sz w:val="17"/>
              </w:rPr>
              <w:t>*</w:t>
            </w:r>
          </w:p>
        </w:tc>
        <w:tc>
          <w:tcPr>
            <w:tcW w:w="5953"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Default="001002FD">
            <w:r w:rsidRPr="001002FD">
              <w:rPr>
                <w:color w:val="667085"/>
                <w:sz w:val="16"/>
                <w:lang w:val="ru-RU"/>
              </w:rPr>
              <w:t xml:space="preserve">Опишите тему, эмоцию, сюжет, идею композиции и то, что вы хотите выразить. </w:t>
            </w:r>
            <w:proofErr w:type="spellStart"/>
            <w:r w:rsidRPr="001002FD">
              <w:rPr>
                <w:color w:val="667085"/>
                <w:sz w:val="16"/>
              </w:rPr>
              <w:t>Рекомендуемый</w:t>
            </w:r>
            <w:proofErr w:type="spellEnd"/>
            <w:r w:rsidRPr="001002FD">
              <w:rPr>
                <w:color w:val="667085"/>
                <w:sz w:val="16"/>
              </w:rPr>
              <w:t xml:space="preserve"> </w:t>
            </w:r>
            <w:proofErr w:type="spellStart"/>
            <w:r w:rsidRPr="001002FD">
              <w:rPr>
                <w:color w:val="667085"/>
                <w:sz w:val="16"/>
              </w:rPr>
              <w:t>объём</w:t>
            </w:r>
            <w:proofErr w:type="spellEnd"/>
            <w:r w:rsidRPr="001002FD">
              <w:rPr>
                <w:color w:val="667085"/>
                <w:sz w:val="16"/>
              </w:rPr>
              <w:t xml:space="preserve"> </w:t>
            </w:r>
            <w:proofErr w:type="spellStart"/>
            <w:r w:rsidRPr="001002FD">
              <w:rPr>
                <w:color w:val="667085"/>
                <w:sz w:val="16"/>
              </w:rPr>
              <w:t>текста</w:t>
            </w:r>
            <w:proofErr w:type="spellEnd"/>
            <w:r w:rsidRPr="001002FD">
              <w:rPr>
                <w:color w:val="667085"/>
                <w:sz w:val="16"/>
              </w:rPr>
              <w:t xml:space="preserve">: 80-150 </w:t>
            </w:r>
            <w:proofErr w:type="spellStart"/>
            <w:r w:rsidRPr="001002FD">
              <w:rPr>
                <w:color w:val="667085"/>
                <w:sz w:val="16"/>
              </w:rPr>
              <w:t>слов</w:t>
            </w:r>
            <w:proofErr w:type="spellEnd"/>
            <w:r w:rsidRPr="001002FD">
              <w:rPr>
                <w:color w:val="667085"/>
                <w:sz w:val="16"/>
              </w:rPr>
              <w:t xml:space="preserve"> </w:t>
            </w:r>
            <w:proofErr w:type="spellStart"/>
            <w:r w:rsidRPr="001002FD">
              <w:rPr>
                <w:color w:val="667085"/>
                <w:sz w:val="16"/>
              </w:rPr>
              <w:t>на</w:t>
            </w:r>
            <w:proofErr w:type="spellEnd"/>
            <w:r w:rsidRPr="001002FD">
              <w:rPr>
                <w:color w:val="667085"/>
                <w:sz w:val="16"/>
              </w:rPr>
              <w:t xml:space="preserve"> </w:t>
            </w:r>
            <w:proofErr w:type="spellStart"/>
            <w:r w:rsidRPr="001002FD">
              <w:rPr>
                <w:color w:val="667085"/>
                <w:sz w:val="16"/>
              </w:rPr>
              <w:t>английском</w:t>
            </w:r>
            <w:proofErr w:type="spellEnd"/>
            <w:r w:rsidRPr="001002FD">
              <w:rPr>
                <w:color w:val="667085"/>
                <w:sz w:val="16"/>
              </w:rPr>
              <w:t xml:space="preserve"> </w:t>
            </w:r>
            <w:proofErr w:type="spellStart"/>
            <w:r w:rsidRPr="001002FD">
              <w:rPr>
                <w:color w:val="667085"/>
                <w:sz w:val="16"/>
              </w:rPr>
              <w:t>языке</w:t>
            </w:r>
            <w:proofErr w:type="spellEnd"/>
            <w:proofErr w:type="gramStart"/>
            <w:r w:rsidRPr="001002FD">
              <w:rPr>
                <w:color w:val="667085"/>
                <w:sz w:val="16"/>
              </w:rPr>
              <w:t>.</w:t>
            </w:r>
            <w:r w:rsidR="00557CA2">
              <w:rPr>
                <w:color w:val="667085"/>
                <w:sz w:val="16"/>
              </w:rPr>
              <w:t>/</w:t>
            </w:r>
            <w:proofErr w:type="gramEnd"/>
            <w:r w:rsidR="00557CA2">
              <w:rPr>
                <w:color w:val="667085"/>
                <w:sz w:val="16"/>
              </w:rPr>
              <w:t xml:space="preserve"> </w:t>
            </w:r>
            <w:r w:rsidR="003E6610">
              <w:rPr>
                <w:color w:val="667085"/>
                <w:sz w:val="16"/>
              </w:rPr>
              <w:t xml:space="preserve">Describe the theme, emotion, story, arrangement idea, and what you want to express. Recommended 80-150 English words. / </w:t>
            </w:r>
            <w:r w:rsidR="003E6610">
              <w:rPr>
                <w:color w:val="667085"/>
                <w:sz w:val="16"/>
              </w:rPr>
              <w:t>请说明主题、情绪、故事、编曲思路及表达内容。</w:t>
            </w:r>
          </w:p>
          <w:p w:rsidR="00C42800" w:rsidRDefault="003E6610">
            <w:r>
              <w:rPr>
                <w:color w:val="667085"/>
                <w:sz w:val="16"/>
              </w:rPr>
              <w:t>____________________________________________________________</w:t>
            </w:r>
          </w:p>
          <w:p w:rsidR="00C42800" w:rsidRDefault="003E6610">
            <w:r>
              <w:rPr>
                <w:color w:val="667085"/>
                <w:sz w:val="16"/>
              </w:rPr>
              <w:t>____________________________________________________________</w:t>
            </w:r>
          </w:p>
          <w:p w:rsidR="00C42800" w:rsidRDefault="003E6610">
            <w:r>
              <w:rPr>
                <w:color w:val="667085"/>
                <w:sz w:val="16"/>
              </w:rPr>
              <w:t>____________________________________________________________</w:t>
            </w:r>
          </w:p>
        </w:tc>
      </w:tr>
    </w:tbl>
    <w:p w:rsidR="00C42800" w:rsidRDefault="00C42800">
      <w:pPr>
        <w:spacing w:after="0"/>
      </w:pPr>
    </w:p>
    <w:p w:rsidR="00C42800" w:rsidRDefault="00C42800">
      <w:pPr>
        <w:sectPr w:rsidR="00C42800">
          <w:headerReference w:type="default" r:id="rId8"/>
          <w:footerReference w:type="default" r:id="rId9"/>
          <w:pgSz w:w="12240" w:h="15840"/>
          <w:pgMar w:top="709" w:right="1077" w:bottom="680" w:left="1077" w:header="720" w:footer="720" w:gutter="0"/>
          <w:cols w:space="720"/>
          <w:docGrid w:linePitch="360"/>
        </w:sectPr>
      </w:pPr>
    </w:p>
    <w:tbl>
      <w:tblPr>
        <w:tblW w:w="0" w:type="auto"/>
        <w:tblLook w:val="04A0" w:firstRow="1" w:lastRow="0" w:firstColumn="1" w:lastColumn="0" w:noHBand="0" w:noVBand="1"/>
      </w:tblPr>
      <w:tblGrid>
        <w:gridCol w:w="10086"/>
      </w:tblGrid>
      <w:tr w:rsidR="00C42800">
        <w:tc>
          <w:tcPr>
            <w:tcW w:w="10086" w:type="dxa"/>
            <w:tcBorders>
              <w:top w:val="single" w:sz="8" w:space="0" w:color="17365D"/>
              <w:left w:val="single" w:sz="8" w:space="0" w:color="17365D"/>
              <w:bottom w:val="single" w:sz="8" w:space="0" w:color="17365D"/>
              <w:right w:val="single" w:sz="8" w:space="0" w:color="17365D"/>
            </w:tcBorders>
            <w:shd w:val="clear" w:color="auto" w:fill="17365D"/>
            <w:tcMar>
              <w:top w:w="140" w:type="dxa"/>
              <w:left w:w="120" w:type="dxa"/>
              <w:bottom w:w="140" w:type="dxa"/>
              <w:right w:w="120" w:type="dxa"/>
            </w:tcMar>
          </w:tcPr>
          <w:p w:rsidR="00C42800" w:rsidRDefault="003E6610">
            <w:pPr>
              <w:spacing w:after="0"/>
            </w:pPr>
            <w:r>
              <w:rPr>
                <w:b/>
                <w:color w:val="FFFFFF"/>
                <w:sz w:val="21"/>
              </w:rPr>
              <w:lastRenderedPageBreak/>
              <w:t xml:space="preserve">C. </w:t>
            </w:r>
            <w:proofErr w:type="spellStart"/>
            <w:r w:rsidR="00380A47" w:rsidRPr="00380A47">
              <w:rPr>
                <w:b/>
                <w:color w:val="FFFFFF"/>
                <w:sz w:val="21"/>
              </w:rPr>
              <w:t>Важные</w:t>
            </w:r>
            <w:proofErr w:type="spellEnd"/>
            <w:r w:rsidR="00380A47" w:rsidRPr="00380A47">
              <w:rPr>
                <w:b/>
                <w:color w:val="FFFFFF"/>
                <w:sz w:val="21"/>
              </w:rPr>
              <w:t xml:space="preserve"> </w:t>
            </w:r>
            <w:proofErr w:type="spellStart"/>
            <w:r w:rsidR="00380A47" w:rsidRPr="00380A47">
              <w:rPr>
                <w:b/>
                <w:color w:val="FFFFFF"/>
                <w:sz w:val="21"/>
              </w:rPr>
              <w:t>примечания</w:t>
            </w:r>
            <w:proofErr w:type="spellEnd"/>
            <w:r w:rsidR="00380A47" w:rsidRPr="00380A47">
              <w:rPr>
                <w:b/>
                <w:color w:val="FFFFFF"/>
                <w:sz w:val="21"/>
              </w:rPr>
              <w:t xml:space="preserve"> </w:t>
            </w:r>
            <w:r w:rsidR="00380A47">
              <w:rPr>
                <w:b/>
                <w:color w:val="FFFFFF"/>
                <w:sz w:val="21"/>
              </w:rPr>
              <w:t xml:space="preserve">/ </w:t>
            </w:r>
            <w:r>
              <w:rPr>
                <w:b/>
                <w:color w:val="FFFFFF"/>
                <w:sz w:val="21"/>
              </w:rPr>
              <w:t>Important Notes</w:t>
            </w:r>
          </w:p>
          <w:p w:rsidR="00C42800" w:rsidRDefault="003E6610">
            <w:pPr>
              <w:spacing w:after="0"/>
            </w:pPr>
            <w:r>
              <w:rPr>
                <w:b/>
                <w:color w:val="FFFFFF"/>
                <w:sz w:val="21"/>
              </w:rPr>
              <w:t xml:space="preserve">C. </w:t>
            </w:r>
            <w:r>
              <w:rPr>
                <w:b/>
                <w:color w:val="FFFFFF"/>
                <w:sz w:val="21"/>
              </w:rPr>
              <w:t>填写与提交注意事项</w:t>
            </w:r>
          </w:p>
        </w:tc>
      </w:tr>
    </w:tbl>
    <w:p w:rsidR="00C42800" w:rsidRDefault="00C42800">
      <w:pPr>
        <w:spacing w:after="0"/>
      </w:pPr>
    </w:p>
    <w:tbl>
      <w:tblPr>
        <w:tblStyle w:val="aff0"/>
        <w:tblW w:w="0" w:type="auto"/>
        <w:tblLayout w:type="fixed"/>
        <w:tblLook w:val="04A0" w:firstRow="1" w:lastRow="0" w:firstColumn="1" w:lastColumn="0" w:noHBand="0" w:noVBand="1"/>
      </w:tblPr>
      <w:tblGrid>
        <w:gridCol w:w="2381"/>
        <w:gridCol w:w="7030"/>
      </w:tblGrid>
      <w:tr w:rsidR="00C42800" w:rsidTr="00D14436">
        <w:trPr>
          <w:trHeight w:val="1034"/>
        </w:trPr>
        <w:tc>
          <w:tcPr>
            <w:tcW w:w="2381" w:type="dxa"/>
            <w:tcBorders>
              <w:top w:val="single" w:sz="8" w:space="0" w:color="B7C4D6"/>
              <w:left w:val="single" w:sz="8" w:space="0" w:color="B7C4D6"/>
              <w:bottom w:val="single" w:sz="8" w:space="0" w:color="B7C4D6"/>
              <w:right w:val="single" w:sz="8" w:space="0" w:color="B7C4D6"/>
            </w:tcBorders>
            <w:shd w:val="clear" w:color="auto" w:fill="EAF4FF"/>
            <w:tcMar>
              <w:top w:w="90" w:type="dxa"/>
              <w:left w:w="120" w:type="dxa"/>
              <w:bottom w:w="90" w:type="dxa"/>
              <w:right w:w="120" w:type="dxa"/>
            </w:tcMar>
            <w:vAlign w:val="center"/>
          </w:tcPr>
          <w:p w:rsidR="008A36FF" w:rsidRPr="008A36FF" w:rsidRDefault="008A36FF">
            <w:pPr>
              <w:rPr>
                <w:b/>
                <w:color w:val="1F2933"/>
                <w:sz w:val="17"/>
                <w:lang w:val="ru-RU"/>
              </w:rPr>
            </w:pPr>
            <w:r>
              <w:rPr>
                <w:b/>
                <w:color w:val="1F2933"/>
                <w:sz w:val="17"/>
                <w:lang w:val="ru-RU"/>
              </w:rPr>
              <w:t>Язык</w:t>
            </w:r>
          </w:p>
          <w:p w:rsidR="00C42800" w:rsidRDefault="003E6610">
            <w:r>
              <w:rPr>
                <w:b/>
                <w:color w:val="1F2933"/>
                <w:sz w:val="17"/>
              </w:rPr>
              <w:t>Language</w:t>
            </w:r>
          </w:p>
          <w:p w:rsidR="00C42800" w:rsidRDefault="003E6610">
            <w:r>
              <w:rPr>
                <w:b/>
                <w:color w:val="1F2933"/>
                <w:sz w:val="17"/>
              </w:rPr>
              <w:t>语言</w:t>
            </w:r>
          </w:p>
        </w:tc>
        <w:tc>
          <w:tcPr>
            <w:tcW w:w="7030"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Pr="007868BC" w:rsidRDefault="008A36FF">
            <w:r w:rsidRPr="008A36FF">
              <w:rPr>
                <w:color w:val="1F2933"/>
                <w:sz w:val="17"/>
                <w:lang w:val="ru-RU"/>
              </w:rPr>
              <w:t>Пожалуйста, заполните форму на английском языке. Китайский те</w:t>
            </w:r>
            <w:r>
              <w:rPr>
                <w:color w:val="1F2933"/>
                <w:sz w:val="17"/>
                <w:lang w:val="ru-RU"/>
              </w:rPr>
              <w:t>кст приведен только для справки</w:t>
            </w:r>
            <w:r w:rsidR="000F102B">
              <w:rPr>
                <w:color w:val="1F2933"/>
                <w:sz w:val="17"/>
              </w:rPr>
              <w:t>.</w:t>
            </w:r>
            <w:r w:rsidR="007868BC">
              <w:rPr>
                <w:color w:val="1F2933"/>
                <w:sz w:val="17"/>
              </w:rPr>
              <w:t xml:space="preserve"> </w:t>
            </w:r>
            <w:proofErr w:type="gramStart"/>
            <w:r w:rsidR="007868BC">
              <w:rPr>
                <w:color w:val="1F2933"/>
                <w:sz w:val="17"/>
              </w:rPr>
              <w:t xml:space="preserve">/ </w:t>
            </w:r>
            <w:r w:rsidR="007868BC" w:rsidRPr="007868BC">
              <w:rPr>
                <w:color w:val="1F2933"/>
                <w:sz w:val="17"/>
              </w:rPr>
              <w:t>Please</w:t>
            </w:r>
            <w:proofErr w:type="gramEnd"/>
            <w:r w:rsidR="007868BC" w:rsidRPr="007868BC">
              <w:rPr>
                <w:color w:val="1F2933"/>
                <w:sz w:val="17"/>
              </w:rPr>
              <w:t xml:space="preserve"> complete the form in English. The Chinese text is for reference only.</w:t>
            </w:r>
          </w:p>
          <w:p w:rsidR="00C42800" w:rsidRDefault="003E6610">
            <w:pPr>
              <w:rPr>
                <w:color w:val="1F2933"/>
                <w:sz w:val="17"/>
              </w:rPr>
            </w:pPr>
            <w:proofErr w:type="spellStart"/>
            <w:r>
              <w:rPr>
                <w:color w:val="1F2933"/>
                <w:sz w:val="17"/>
              </w:rPr>
              <w:t>请使用英文填写，中文为辅助说明</w:t>
            </w:r>
            <w:proofErr w:type="spellEnd"/>
            <w:r>
              <w:rPr>
                <w:color w:val="1F2933"/>
                <w:sz w:val="17"/>
              </w:rPr>
              <w:t>。</w:t>
            </w:r>
          </w:p>
          <w:p w:rsidR="008A36FF" w:rsidRDefault="008A36FF"/>
        </w:tc>
      </w:tr>
      <w:tr w:rsidR="00C42800" w:rsidTr="00D14436">
        <w:trPr>
          <w:trHeight w:val="1165"/>
        </w:trPr>
        <w:tc>
          <w:tcPr>
            <w:tcW w:w="2381" w:type="dxa"/>
            <w:tcBorders>
              <w:top w:val="single" w:sz="8" w:space="0" w:color="B7C4D6"/>
              <w:left w:val="single" w:sz="8" w:space="0" w:color="B7C4D6"/>
              <w:bottom w:val="single" w:sz="8" w:space="0" w:color="B7C4D6"/>
              <w:right w:val="single" w:sz="8" w:space="0" w:color="B7C4D6"/>
            </w:tcBorders>
            <w:shd w:val="clear" w:color="auto" w:fill="EAF4FF"/>
            <w:tcMar>
              <w:top w:w="90" w:type="dxa"/>
              <w:left w:w="120" w:type="dxa"/>
              <w:bottom w:w="90" w:type="dxa"/>
              <w:right w:w="120" w:type="dxa"/>
            </w:tcMar>
            <w:vAlign w:val="center"/>
          </w:tcPr>
          <w:p w:rsidR="008A36FF" w:rsidRDefault="008A36FF">
            <w:pPr>
              <w:rPr>
                <w:b/>
                <w:color w:val="1F2933"/>
                <w:sz w:val="17"/>
              </w:rPr>
            </w:pPr>
            <w:proofErr w:type="spellStart"/>
            <w:r w:rsidRPr="008A36FF">
              <w:rPr>
                <w:b/>
                <w:color w:val="1F2933"/>
                <w:sz w:val="17"/>
              </w:rPr>
              <w:t>Оригинальность</w:t>
            </w:r>
            <w:proofErr w:type="spellEnd"/>
          </w:p>
          <w:p w:rsidR="00C42800" w:rsidRDefault="003E6610">
            <w:r>
              <w:rPr>
                <w:b/>
                <w:color w:val="1F2933"/>
                <w:sz w:val="17"/>
              </w:rPr>
              <w:t>Originality</w:t>
            </w:r>
          </w:p>
          <w:p w:rsidR="00C42800" w:rsidRDefault="003E6610">
            <w:r>
              <w:rPr>
                <w:b/>
                <w:color w:val="1F2933"/>
                <w:sz w:val="17"/>
              </w:rPr>
              <w:t>原创说明</w:t>
            </w:r>
          </w:p>
        </w:tc>
        <w:tc>
          <w:tcPr>
            <w:tcW w:w="7030"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Default="008A36FF">
            <w:r w:rsidRPr="008A36FF">
              <w:rPr>
                <w:color w:val="1F2933"/>
                <w:sz w:val="17"/>
                <w:lang w:val="ru-RU"/>
              </w:rPr>
              <w:t>Если</w:t>
            </w:r>
            <w:r w:rsidRPr="007868BC">
              <w:rPr>
                <w:color w:val="1F2933"/>
                <w:sz w:val="17"/>
              </w:rPr>
              <w:t xml:space="preserve"> </w:t>
            </w:r>
            <w:r w:rsidRPr="008A36FF">
              <w:rPr>
                <w:color w:val="1F2933"/>
                <w:sz w:val="17"/>
                <w:lang w:val="ru-RU"/>
              </w:rPr>
              <w:t>произведение</w:t>
            </w:r>
            <w:r w:rsidRPr="007868BC">
              <w:rPr>
                <w:color w:val="1F2933"/>
                <w:sz w:val="17"/>
              </w:rPr>
              <w:t xml:space="preserve"> </w:t>
            </w:r>
            <w:r w:rsidRPr="008A36FF">
              <w:rPr>
                <w:color w:val="1F2933"/>
                <w:sz w:val="17"/>
                <w:lang w:val="ru-RU"/>
              </w:rPr>
              <w:t>не</w:t>
            </w:r>
            <w:r w:rsidRPr="007868BC">
              <w:rPr>
                <w:color w:val="1F2933"/>
                <w:sz w:val="17"/>
              </w:rPr>
              <w:t xml:space="preserve"> </w:t>
            </w:r>
            <w:r w:rsidRPr="008A36FF">
              <w:rPr>
                <w:color w:val="1F2933"/>
                <w:sz w:val="17"/>
                <w:lang w:val="ru-RU"/>
              </w:rPr>
              <w:t>является</w:t>
            </w:r>
            <w:r w:rsidRPr="007868BC">
              <w:rPr>
                <w:color w:val="1F2933"/>
                <w:sz w:val="17"/>
              </w:rPr>
              <w:t xml:space="preserve"> </w:t>
            </w:r>
            <w:r w:rsidRPr="008A36FF">
              <w:rPr>
                <w:color w:val="1F2933"/>
                <w:sz w:val="17"/>
                <w:lang w:val="ru-RU"/>
              </w:rPr>
              <w:t>оригинальным</w:t>
            </w:r>
            <w:r w:rsidRPr="007868BC">
              <w:rPr>
                <w:color w:val="1F2933"/>
                <w:sz w:val="17"/>
              </w:rPr>
              <w:t xml:space="preserve">, </w:t>
            </w:r>
            <w:r w:rsidRPr="008A36FF">
              <w:rPr>
                <w:color w:val="1F2933"/>
                <w:sz w:val="17"/>
                <w:lang w:val="ru-RU"/>
              </w:rPr>
              <w:t>четко</w:t>
            </w:r>
            <w:r w:rsidRPr="007868BC">
              <w:rPr>
                <w:color w:val="1F2933"/>
                <w:sz w:val="17"/>
              </w:rPr>
              <w:t xml:space="preserve"> </w:t>
            </w:r>
            <w:r w:rsidRPr="008A36FF">
              <w:rPr>
                <w:color w:val="1F2933"/>
                <w:sz w:val="17"/>
                <w:lang w:val="ru-RU"/>
              </w:rPr>
              <w:t>укажите</w:t>
            </w:r>
            <w:r w:rsidRPr="007868BC">
              <w:rPr>
                <w:color w:val="1F2933"/>
                <w:sz w:val="17"/>
              </w:rPr>
              <w:t xml:space="preserve"> </w:t>
            </w:r>
            <w:r w:rsidRPr="008A36FF">
              <w:rPr>
                <w:color w:val="1F2933"/>
                <w:sz w:val="17"/>
                <w:lang w:val="ru-RU"/>
              </w:rPr>
              <w:t>оригинального</w:t>
            </w:r>
            <w:r w:rsidRPr="007868BC">
              <w:rPr>
                <w:color w:val="1F2933"/>
                <w:sz w:val="17"/>
              </w:rPr>
              <w:t xml:space="preserve"> </w:t>
            </w:r>
            <w:r w:rsidRPr="008A36FF">
              <w:rPr>
                <w:color w:val="1F2933"/>
                <w:sz w:val="17"/>
                <w:lang w:val="ru-RU"/>
              </w:rPr>
              <w:t>композитора</w:t>
            </w:r>
            <w:r w:rsidRPr="007868BC">
              <w:rPr>
                <w:color w:val="1F2933"/>
                <w:sz w:val="17"/>
              </w:rPr>
              <w:t xml:space="preserve">, </w:t>
            </w:r>
            <w:r w:rsidRPr="008A36FF">
              <w:rPr>
                <w:color w:val="1F2933"/>
                <w:sz w:val="17"/>
                <w:lang w:val="ru-RU"/>
              </w:rPr>
              <w:t>автора</w:t>
            </w:r>
            <w:r w:rsidRPr="007868BC">
              <w:rPr>
                <w:color w:val="1F2933"/>
                <w:sz w:val="17"/>
              </w:rPr>
              <w:t xml:space="preserve"> </w:t>
            </w:r>
            <w:r w:rsidRPr="008A36FF">
              <w:rPr>
                <w:color w:val="1F2933"/>
                <w:sz w:val="17"/>
                <w:lang w:val="ru-RU"/>
              </w:rPr>
              <w:t>песни</w:t>
            </w:r>
            <w:r w:rsidRPr="007868BC">
              <w:rPr>
                <w:color w:val="1F2933"/>
                <w:sz w:val="17"/>
              </w:rPr>
              <w:t xml:space="preserve">, </w:t>
            </w:r>
            <w:r w:rsidRPr="008A36FF">
              <w:rPr>
                <w:color w:val="1F2933"/>
                <w:sz w:val="17"/>
                <w:lang w:val="ru-RU"/>
              </w:rPr>
              <w:t>аранжировщика</w:t>
            </w:r>
            <w:r w:rsidRPr="007868BC">
              <w:rPr>
                <w:color w:val="1F2933"/>
                <w:sz w:val="17"/>
              </w:rPr>
              <w:t xml:space="preserve"> </w:t>
            </w:r>
            <w:r w:rsidRPr="008A36FF">
              <w:rPr>
                <w:color w:val="1F2933"/>
                <w:sz w:val="17"/>
                <w:lang w:val="ru-RU"/>
              </w:rPr>
              <w:t>и</w:t>
            </w:r>
            <w:r w:rsidRPr="007868BC">
              <w:rPr>
                <w:color w:val="1F2933"/>
                <w:sz w:val="17"/>
              </w:rPr>
              <w:t xml:space="preserve">, </w:t>
            </w:r>
            <w:r w:rsidRPr="008A36FF">
              <w:rPr>
                <w:color w:val="1F2933"/>
                <w:sz w:val="17"/>
                <w:lang w:val="ru-RU"/>
              </w:rPr>
              <w:t>где</w:t>
            </w:r>
            <w:r w:rsidRPr="007868BC">
              <w:rPr>
                <w:color w:val="1F2933"/>
                <w:sz w:val="17"/>
              </w:rPr>
              <w:t xml:space="preserve"> </w:t>
            </w:r>
            <w:r w:rsidRPr="008A36FF">
              <w:rPr>
                <w:color w:val="1F2933"/>
                <w:sz w:val="17"/>
                <w:lang w:val="ru-RU"/>
              </w:rPr>
              <w:t>это</w:t>
            </w:r>
            <w:r w:rsidRPr="007868BC">
              <w:rPr>
                <w:color w:val="1F2933"/>
                <w:sz w:val="17"/>
              </w:rPr>
              <w:t xml:space="preserve"> </w:t>
            </w:r>
            <w:r w:rsidRPr="008A36FF">
              <w:rPr>
                <w:color w:val="1F2933"/>
                <w:sz w:val="17"/>
                <w:lang w:val="ru-RU"/>
              </w:rPr>
              <w:t>применимо</w:t>
            </w:r>
            <w:r w:rsidRPr="007868BC">
              <w:rPr>
                <w:color w:val="1F2933"/>
                <w:sz w:val="17"/>
              </w:rPr>
              <w:t xml:space="preserve">, </w:t>
            </w:r>
            <w:r w:rsidRPr="008A36FF">
              <w:rPr>
                <w:color w:val="1F2933"/>
                <w:sz w:val="17"/>
                <w:lang w:val="ru-RU"/>
              </w:rPr>
              <w:t>источник</w:t>
            </w:r>
            <w:r w:rsidRPr="007868BC">
              <w:rPr>
                <w:color w:val="1F2933"/>
                <w:sz w:val="17"/>
              </w:rPr>
              <w:t>.</w:t>
            </w:r>
            <w:r w:rsidR="007868BC">
              <w:rPr>
                <w:color w:val="1F2933"/>
                <w:sz w:val="17"/>
              </w:rPr>
              <w:t xml:space="preserve"> </w:t>
            </w:r>
            <w:proofErr w:type="gramStart"/>
            <w:r w:rsidR="007868BC">
              <w:rPr>
                <w:color w:val="1F2933"/>
                <w:sz w:val="17"/>
              </w:rPr>
              <w:t xml:space="preserve">/ </w:t>
            </w:r>
            <w:r w:rsidRPr="007868BC">
              <w:rPr>
                <w:color w:val="1F2933"/>
                <w:sz w:val="17"/>
              </w:rPr>
              <w:t xml:space="preserve"> </w:t>
            </w:r>
            <w:r w:rsidR="003E6610">
              <w:rPr>
                <w:color w:val="1F2933"/>
                <w:sz w:val="17"/>
              </w:rPr>
              <w:t>If</w:t>
            </w:r>
            <w:proofErr w:type="gramEnd"/>
            <w:r w:rsidR="003E6610">
              <w:rPr>
                <w:color w:val="1F2933"/>
                <w:sz w:val="17"/>
              </w:rPr>
              <w:t xml:space="preserve"> the work is not original, clearly provide the original composer, songwriter, arranger, and source where applicable.</w:t>
            </w:r>
          </w:p>
          <w:p w:rsidR="00C42800" w:rsidRDefault="003E6610">
            <w:pPr>
              <w:rPr>
                <w:color w:val="1F2933"/>
                <w:sz w:val="17"/>
              </w:rPr>
            </w:pPr>
            <w:proofErr w:type="spellStart"/>
            <w:r>
              <w:rPr>
                <w:color w:val="1F2933"/>
                <w:sz w:val="17"/>
              </w:rPr>
              <w:t>如作品非原创，请清楚填写原作者、词曲作者、编曲者及出处</w:t>
            </w:r>
            <w:proofErr w:type="spellEnd"/>
            <w:r>
              <w:rPr>
                <w:color w:val="1F2933"/>
                <w:sz w:val="17"/>
              </w:rPr>
              <w:t>。</w:t>
            </w:r>
          </w:p>
          <w:p w:rsidR="00B51B5C" w:rsidRDefault="00B51B5C"/>
        </w:tc>
      </w:tr>
      <w:tr w:rsidR="00C42800">
        <w:tc>
          <w:tcPr>
            <w:tcW w:w="2381" w:type="dxa"/>
            <w:tcBorders>
              <w:top w:val="single" w:sz="8" w:space="0" w:color="B7C4D6"/>
              <w:left w:val="single" w:sz="8" w:space="0" w:color="B7C4D6"/>
              <w:bottom w:val="single" w:sz="8" w:space="0" w:color="B7C4D6"/>
              <w:right w:val="single" w:sz="8" w:space="0" w:color="B7C4D6"/>
            </w:tcBorders>
            <w:shd w:val="clear" w:color="auto" w:fill="EAF4FF"/>
            <w:tcMar>
              <w:top w:w="90" w:type="dxa"/>
              <w:left w:w="120" w:type="dxa"/>
              <w:bottom w:w="90" w:type="dxa"/>
              <w:right w:w="120" w:type="dxa"/>
            </w:tcMar>
            <w:vAlign w:val="center"/>
          </w:tcPr>
          <w:p w:rsidR="00B51B5C" w:rsidRDefault="00B51B5C">
            <w:pPr>
              <w:rPr>
                <w:b/>
                <w:color w:val="1F2933"/>
                <w:sz w:val="17"/>
              </w:rPr>
            </w:pPr>
            <w:proofErr w:type="spellStart"/>
            <w:r w:rsidRPr="00B51B5C">
              <w:rPr>
                <w:b/>
                <w:color w:val="1F2933"/>
                <w:sz w:val="17"/>
              </w:rPr>
              <w:t>Введение</w:t>
            </w:r>
            <w:proofErr w:type="spellEnd"/>
            <w:r w:rsidRPr="00B51B5C">
              <w:rPr>
                <w:b/>
                <w:color w:val="1F2933"/>
                <w:sz w:val="17"/>
              </w:rPr>
              <w:t xml:space="preserve"> в </w:t>
            </w:r>
            <w:proofErr w:type="spellStart"/>
            <w:r w:rsidRPr="00B51B5C">
              <w:rPr>
                <w:b/>
                <w:color w:val="1F2933"/>
                <w:sz w:val="17"/>
              </w:rPr>
              <w:t>работу</w:t>
            </w:r>
            <w:proofErr w:type="spellEnd"/>
          </w:p>
          <w:p w:rsidR="00C42800" w:rsidRDefault="003E6610">
            <w:r>
              <w:rPr>
                <w:b/>
                <w:color w:val="1F2933"/>
                <w:sz w:val="17"/>
              </w:rPr>
              <w:t>Work Introduction</w:t>
            </w:r>
          </w:p>
          <w:p w:rsidR="00C42800" w:rsidRDefault="003E6610">
            <w:r>
              <w:rPr>
                <w:b/>
                <w:color w:val="1F2933"/>
                <w:sz w:val="17"/>
              </w:rPr>
              <w:t>作品简介</w:t>
            </w:r>
          </w:p>
        </w:tc>
        <w:tc>
          <w:tcPr>
            <w:tcW w:w="7030"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Default="00B51B5C">
            <w:r w:rsidRPr="00B51B5C">
              <w:rPr>
                <w:color w:val="1F2933"/>
                <w:sz w:val="17"/>
                <w:lang w:val="ru-RU"/>
              </w:rPr>
              <w:t>Кратко</w:t>
            </w:r>
            <w:r w:rsidRPr="007868BC">
              <w:rPr>
                <w:color w:val="1F2933"/>
                <w:sz w:val="17"/>
              </w:rPr>
              <w:t xml:space="preserve"> </w:t>
            </w:r>
            <w:r w:rsidRPr="00B51B5C">
              <w:rPr>
                <w:color w:val="1F2933"/>
                <w:sz w:val="17"/>
                <w:lang w:val="ru-RU"/>
              </w:rPr>
              <w:t>объясните</w:t>
            </w:r>
            <w:r w:rsidRPr="007868BC">
              <w:rPr>
                <w:color w:val="1F2933"/>
                <w:sz w:val="17"/>
              </w:rPr>
              <w:t xml:space="preserve"> </w:t>
            </w:r>
            <w:r w:rsidRPr="00B51B5C">
              <w:rPr>
                <w:color w:val="1F2933"/>
                <w:sz w:val="17"/>
                <w:lang w:val="ru-RU"/>
              </w:rPr>
              <w:t>эмоцию</w:t>
            </w:r>
            <w:r w:rsidRPr="007868BC">
              <w:rPr>
                <w:color w:val="1F2933"/>
                <w:sz w:val="17"/>
              </w:rPr>
              <w:t xml:space="preserve">, </w:t>
            </w:r>
            <w:r w:rsidRPr="00B51B5C">
              <w:rPr>
                <w:color w:val="1F2933"/>
                <w:sz w:val="17"/>
                <w:lang w:val="ru-RU"/>
              </w:rPr>
              <w:t>сюжет</w:t>
            </w:r>
            <w:r w:rsidRPr="007868BC">
              <w:rPr>
                <w:color w:val="1F2933"/>
                <w:sz w:val="17"/>
              </w:rPr>
              <w:t xml:space="preserve">, </w:t>
            </w:r>
            <w:r w:rsidRPr="00B51B5C">
              <w:rPr>
                <w:color w:val="1F2933"/>
                <w:sz w:val="17"/>
                <w:lang w:val="ru-RU"/>
              </w:rPr>
              <w:t>структуру</w:t>
            </w:r>
            <w:r w:rsidRPr="007868BC">
              <w:rPr>
                <w:color w:val="1F2933"/>
                <w:sz w:val="17"/>
              </w:rPr>
              <w:t xml:space="preserve">, </w:t>
            </w:r>
            <w:r w:rsidRPr="00B51B5C">
              <w:rPr>
                <w:color w:val="1F2933"/>
                <w:sz w:val="17"/>
                <w:lang w:val="ru-RU"/>
              </w:rPr>
              <w:t>идею</w:t>
            </w:r>
            <w:r w:rsidRPr="007868BC">
              <w:rPr>
                <w:color w:val="1F2933"/>
                <w:sz w:val="17"/>
              </w:rPr>
              <w:t xml:space="preserve"> </w:t>
            </w:r>
            <w:r w:rsidRPr="00B51B5C">
              <w:rPr>
                <w:color w:val="1F2933"/>
                <w:sz w:val="17"/>
                <w:lang w:val="ru-RU"/>
              </w:rPr>
              <w:t>аранжировки</w:t>
            </w:r>
            <w:r w:rsidRPr="007868BC">
              <w:rPr>
                <w:color w:val="1F2933"/>
                <w:sz w:val="17"/>
              </w:rPr>
              <w:t xml:space="preserve"> </w:t>
            </w:r>
            <w:r w:rsidRPr="00B51B5C">
              <w:rPr>
                <w:color w:val="1F2933"/>
                <w:sz w:val="17"/>
                <w:lang w:val="ru-RU"/>
              </w:rPr>
              <w:t>и</w:t>
            </w:r>
            <w:r w:rsidRPr="007868BC">
              <w:rPr>
                <w:color w:val="1F2933"/>
                <w:sz w:val="17"/>
              </w:rPr>
              <w:t xml:space="preserve"> </w:t>
            </w:r>
            <w:r w:rsidRPr="00B51B5C">
              <w:rPr>
                <w:color w:val="1F2933"/>
                <w:sz w:val="17"/>
                <w:lang w:val="ru-RU"/>
              </w:rPr>
              <w:t>то</w:t>
            </w:r>
            <w:r w:rsidRPr="007868BC">
              <w:rPr>
                <w:color w:val="1F2933"/>
                <w:sz w:val="17"/>
              </w:rPr>
              <w:t xml:space="preserve">, </w:t>
            </w:r>
            <w:r w:rsidRPr="00B51B5C">
              <w:rPr>
                <w:color w:val="1F2933"/>
                <w:sz w:val="17"/>
                <w:lang w:val="ru-RU"/>
              </w:rPr>
              <w:t>что</w:t>
            </w:r>
            <w:r w:rsidRPr="007868BC">
              <w:rPr>
                <w:color w:val="1F2933"/>
                <w:sz w:val="17"/>
              </w:rPr>
              <w:t xml:space="preserve"> </w:t>
            </w:r>
            <w:r w:rsidRPr="00B51B5C">
              <w:rPr>
                <w:color w:val="1F2933"/>
                <w:sz w:val="17"/>
                <w:lang w:val="ru-RU"/>
              </w:rPr>
              <w:t>вы</w:t>
            </w:r>
            <w:r w:rsidRPr="007868BC">
              <w:rPr>
                <w:color w:val="1F2933"/>
                <w:sz w:val="17"/>
              </w:rPr>
              <w:t xml:space="preserve"> </w:t>
            </w:r>
            <w:r w:rsidRPr="00B51B5C">
              <w:rPr>
                <w:color w:val="1F2933"/>
                <w:sz w:val="17"/>
                <w:lang w:val="ru-RU"/>
              </w:rPr>
              <w:t>хотите</w:t>
            </w:r>
            <w:r w:rsidRPr="007868BC">
              <w:rPr>
                <w:color w:val="1F2933"/>
                <w:sz w:val="17"/>
              </w:rPr>
              <w:t xml:space="preserve"> </w:t>
            </w:r>
            <w:r w:rsidRPr="00B51B5C">
              <w:rPr>
                <w:color w:val="1F2933"/>
                <w:sz w:val="17"/>
                <w:lang w:val="ru-RU"/>
              </w:rPr>
              <w:t>выразить</w:t>
            </w:r>
            <w:r w:rsidRPr="000F102B">
              <w:rPr>
                <w:color w:val="1F2933"/>
                <w:sz w:val="17"/>
              </w:rPr>
              <w:t xml:space="preserve"> </w:t>
            </w:r>
            <w:r w:rsidRPr="00B51B5C">
              <w:rPr>
                <w:color w:val="1F2933"/>
                <w:sz w:val="17"/>
                <w:lang w:val="ru-RU"/>
              </w:rPr>
              <w:t>посредством</w:t>
            </w:r>
            <w:r w:rsidRPr="000F102B">
              <w:rPr>
                <w:color w:val="1F2933"/>
                <w:sz w:val="17"/>
              </w:rPr>
              <w:t xml:space="preserve"> </w:t>
            </w:r>
            <w:r w:rsidRPr="00B51B5C">
              <w:rPr>
                <w:color w:val="1F2933"/>
                <w:sz w:val="17"/>
                <w:lang w:val="ru-RU"/>
              </w:rPr>
              <w:t>выступления</w:t>
            </w:r>
            <w:r w:rsidRPr="000F102B">
              <w:rPr>
                <w:color w:val="1F2933"/>
                <w:sz w:val="17"/>
              </w:rPr>
              <w:t xml:space="preserve">. </w:t>
            </w:r>
            <w:r w:rsidR="000F102B">
              <w:rPr>
                <w:color w:val="1F2933"/>
                <w:sz w:val="17"/>
              </w:rPr>
              <w:t xml:space="preserve">/ </w:t>
            </w:r>
            <w:r w:rsidR="003E6610">
              <w:rPr>
                <w:color w:val="1F2933"/>
                <w:sz w:val="17"/>
              </w:rPr>
              <w:t>Briefly explain the emotion, story, structure, arrangement idea, and what you want to express through the performance.</w:t>
            </w:r>
          </w:p>
          <w:p w:rsidR="00C42800" w:rsidRDefault="003E6610">
            <w:r>
              <w:rPr>
                <w:color w:val="1F2933"/>
                <w:sz w:val="17"/>
              </w:rPr>
              <w:t>请简要说明作品情绪、故事、结构、编曲想法及想表达的内容。</w:t>
            </w:r>
          </w:p>
        </w:tc>
      </w:tr>
      <w:tr w:rsidR="00C42800" w:rsidTr="00D14436">
        <w:trPr>
          <w:trHeight w:val="2010"/>
        </w:trPr>
        <w:tc>
          <w:tcPr>
            <w:tcW w:w="2381" w:type="dxa"/>
            <w:tcBorders>
              <w:top w:val="single" w:sz="8" w:space="0" w:color="B7C4D6"/>
              <w:left w:val="single" w:sz="8" w:space="0" w:color="B7C4D6"/>
              <w:bottom w:val="single" w:sz="8" w:space="0" w:color="B7C4D6"/>
              <w:right w:val="single" w:sz="8" w:space="0" w:color="B7C4D6"/>
            </w:tcBorders>
            <w:shd w:val="clear" w:color="auto" w:fill="EAF4FF"/>
            <w:tcMar>
              <w:top w:w="90" w:type="dxa"/>
              <w:left w:w="120" w:type="dxa"/>
              <w:bottom w:w="90" w:type="dxa"/>
              <w:right w:w="120" w:type="dxa"/>
            </w:tcMar>
            <w:vAlign w:val="center"/>
          </w:tcPr>
          <w:p w:rsidR="000F102B" w:rsidRPr="000F102B" w:rsidRDefault="000F102B">
            <w:pPr>
              <w:rPr>
                <w:b/>
                <w:color w:val="1F2933"/>
                <w:sz w:val="17"/>
                <w:lang w:val="ru-RU"/>
              </w:rPr>
            </w:pPr>
            <w:r w:rsidRPr="000F102B">
              <w:rPr>
                <w:b/>
                <w:color w:val="1F2933"/>
                <w:sz w:val="17"/>
                <w:lang w:val="ru-RU"/>
              </w:rPr>
              <w:t>Требования к видео</w:t>
            </w:r>
          </w:p>
          <w:p w:rsidR="00C42800" w:rsidRPr="000F102B" w:rsidRDefault="003E6610">
            <w:pPr>
              <w:rPr>
                <w:lang w:val="ru-RU"/>
              </w:rPr>
            </w:pPr>
            <w:r>
              <w:rPr>
                <w:b/>
                <w:color w:val="1F2933"/>
                <w:sz w:val="17"/>
              </w:rPr>
              <w:t>Video</w:t>
            </w:r>
            <w:r w:rsidRPr="000F102B">
              <w:rPr>
                <w:b/>
                <w:color w:val="1F2933"/>
                <w:sz w:val="17"/>
                <w:lang w:val="ru-RU"/>
              </w:rPr>
              <w:t xml:space="preserve"> </w:t>
            </w:r>
            <w:r>
              <w:rPr>
                <w:b/>
                <w:color w:val="1F2933"/>
                <w:sz w:val="17"/>
              </w:rPr>
              <w:t>Requirements</w:t>
            </w:r>
          </w:p>
          <w:p w:rsidR="00C42800" w:rsidRPr="000F102B" w:rsidRDefault="003E6610">
            <w:pPr>
              <w:rPr>
                <w:lang w:val="ru-RU"/>
              </w:rPr>
            </w:pPr>
            <w:proofErr w:type="spellStart"/>
            <w:r>
              <w:rPr>
                <w:b/>
                <w:color w:val="1F2933"/>
                <w:sz w:val="17"/>
              </w:rPr>
              <w:t>视频要求</w:t>
            </w:r>
            <w:proofErr w:type="spellEnd"/>
          </w:p>
        </w:tc>
        <w:tc>
          <w:tcPr>
            <w:tcW w:w="7030"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Default="000F102B">
            <w:r w:rsidRPr="000F102B">
              <w:rPr>
                <w:color w:val="1F2933"/>
                <w:sz w:val="17"/>
                <w:lang w:val="ru-RU"/>
              </w:rPr>
              <w:t xml:space="preserve">Заявка на участие должна представлять собой настоящее выступление, снятое одной камерой, в альбомной ориентации, формат </w:t>
            </w:r>
            <w:r w:rsidRPr="000F102B">
              <w:rPr>
                <w:color w:val="1F2933"/>
                <w:sz w:val="17"/>
              </w:rPr>
              <w:t>MP</w:t>
            </w:r>
            <w:r w:rsidRPr="000F102B">
              <w:rPr>
                <w:color w:val="1F2933"/>
                <w:sz w:val="17"/>
                <w:lang w:val="ru-RU"/>
              </w:rPr>
              <w:t xml:space="preserve">4, продолжительностью </w:t>
            </w:r>
            <w:r w:rsidRPr="000F102B">
              <w:rPr>
                <w:color w:val="1F2933"/>
                <w:sz w:val="17"/>
              </w:rPr>
              <w:t xml:space="preserve">3-5 </w:t>
            </w:r>
            <w:proofErr w:type="spellStart"/>
            <w:r w:rsidRPr="000F102B">
              <w:rPr>
                <w:color w:val="1F2933"/>
                <w:sz w:val="17"/>
              </w:rPr>
              <w:t>минут</w:t>
            </w:r>
            <w:proofErr w:type="spellEnd"/>
            <w:r w:rsidRPr="000F102B">
              <w:rPr>
                <w:color w:val="1F2933"/>
                <w:sz w:val="17"/>
              </w:rPr>
              <w:t xml:space="preserve">, </w:t>
            </w:r>
            <w:proofErr w:type="spellStart"/>
            <w:r w:rsidRPr="000F102B">
              <w:rPr>
                <w:color w:val="1F2933"/>
                <w:sz w:val="17"/>
              </w:rPr>
              <w:t>одним</w:t>
            </w:r>
            <w:proofErr w:type="spellEnd"/>
            <w:r w:rsidRPr="000F102B">
              <w:rPr>
                <w:color w:val="1F2933"/>
                <w:sz w:val="17"/>
              </w:rPr>
              <w:t xml:space="preserve"> </w:t>
            </w:r>
            <w:proofErr w:type="spellStart"/>
            <w:r w:rsidRPr="000F102B">
              <w:rPr>
                <w:color w:val="1F2933"/>
                <w:sz w:val="17"/>
              </w:rPr>
              <w:t>непрерывным</w:t>
            </w:r>
            <w:proofErr w:type="spellEnd"/>
            <w:r w:rsidRPr="000F102B">
              <w:rPr>
                <w:color w:val="1F2933"/>
                <w:sz w:val="17"/>
              </w:rPr>
              <w:t xml:space="preserve"> </w:t>
            </w:r>
            <w:proofErr w:type="spellStart"/>
            <w:r w:rsidRPr="000F102B">
              <w:rPr>
                <w:color w:val="1F2933"/>
                <w:sz w:val="17"/>
              </w:rPr>
              <w:t>кадром</w:t>
            </w:r>
            <w:proofErr w:type="spellEnd"/>
            <w:r w:rsidRPr="000F102B">
              <w:rPr>
                <w:color w:val="1F2933"/>
                <w:sz w:val="17"/>
              </w:rPr>
              <w:t xml:space="preserve">, </w:t>
            </w:r>
            <w:proofErr w:type="spellStart"/>
            <w:r w:rsidRPr="000F102B">
              <w:rPr>
                <w:color w:val="1F2933"/>
                <w:sz w:val="17"/>
              </w:rPr>
              <w:t>без</w:t>
            </w:r>
            <w:proofErr w:type="spellEnd"/>
            <w:r w:rsidRPr="000F102B">
              <w:rPr>
                <w:color w:val="1F2933"/>
                <w:sz w:val="17"/>
              </w:rPr>
              <w:t xml:space="preserve"> </w:t>
            </w:r>
            <w:proofErr w:type="spellStart"/>
            <w:r w:rsidRPr="000F102B">
              <w:rPr>
                <w:color w:val="1F2933"/>
                <w:sz w:val="17"/>
              </w:rPr>
              <w:t>монтажа</w:t>
            </w:r>
            <w:proofErr w:type="spellEnd"/>
            <w:r w:rsidRPr="000F102B">
              <w:rPr>
                <w:color w:val="1F2933"/>
                <w:sz w:val="17"/>
              </w:rPr>
              <w:t xml:space="preserve">, </w:t>
            </w:r>
            <w:proofErr w:type="spellStart"/>
            <w:r w:rsidRPr="000F102B">
              <w:rPr>
                <w:color w:val="1F2933"/>
                <w:sz w:val="17"/>
              </w:rPr>
              <w:t>склейки</w:t>
            </w:r>
            <w:proofErr w:type="spellEnd"/>
            <w:r w:rsidRPr="000F102B">
              <w:rPr>
                <w:color w:val="1F2933"/>
                <w:sz w:val="17"/>
              </w:rPr>
              <w:t xml:space="preserve">, </w:t>
            </w:r>
            <w:proofErr w:type="spellStart"/>
            <w:r w:rsidRPr="000F102B">
              <w:rPr>
                <w:color w:val="1F2933"/>
                <w:sz w:val="17"/>
              </w:rPr>
              <w:t>замены</w:t>
            </w:r>
            <w:proofErr w:type="spellEnd"/>
            <w:r w:rsidRPr="000F102B">
              <w:rPr>
                <w:color w:val="1F2933"/>
                <w:sz w:val="17"/>
              </w:rPr>
              <w:t xml:space="preserve"> </w:t>
            </w:r>
            <w:proofErr w:type="spellStart"/>
            <w:r w:rsidRPr="000F102B">
              <w:rPr>
                <w:color w:val="1F2933"/>
                <w:sz w:val="17"/>
              </w:rPr>
              <w:t>звука</w:t>
            </w:r>
            <w:proofErr w:type="spellEnd"/>
            <w:r w:rsidRPr="000F102B">
              <w:rPr>
                <w:color w:val="1F2933"/>
                <w:sz w:val="17"/>
              </w:rPr>
              <w:t xml:space="preserve">, </w:t>
            </w:r>
            <w:proofErr w:type="spellStart"/>
            <w:r w:rsidRPr="000F102B">
              <w:rPr>
                <w:color w:val="1F2933"/>
                <w:sz w:val="17"/>
              </w:rPr>
              <w:t>добавления</w:t>
            </w:r>
            <w:proofErr w:type="spellEnd"/>
            <w:r w:rsidRPr="000F102B">
              <w:rPr>
                <w:color w:val="1F2933"/>
                <w:sz w:val="17"/>
              </w:rPr>
              <w:t xml:space="preserve"> </w:t>
            </w:r>
            <w:proofErr w:type="spellStart"/>
            <w:r w:rsidRPr="000F102B">
              <w:rPr>
                <w:color w:val="1F2933"/>
                <w:sz w:val="17"/>
              </w:rPr>
              <w:t>эффектов</w:t>
            </w:r>
            <w:proofErr w:type="spellEnd"/>
            <w:r w:rsidRPr="000F102B">
              <w:rPr>
                <w:color w:val="1F2933"/>
                <w:sz w:val="17"/>
              </w:rPr>
              <w:t xml:space="preserve"> </w:t>
            </w:r>
            <w:proofErr w:type="spellStart"/>
            <w:r w:rsidRPr="000F102B">
              <w:rPr>
                <w:color w:val="1F2933"/>
                <w:sz w:val="17"/>
              </w:rPr>
              <w:t>или</w:t>
            </w:r>
            <w:proofErr w:type="spellEnd"/>
            <w:r w:rsidRPr="000F102B">
              <w:rPr>
                <w:color w:val="1F2933"/>
                <w:sz w:val="17"/>
              </w:rPr>
              <w:t xml:space="preserve"> </w:t>
            </w:r>
            <w:proofErr w:type="spellStart"/>
            <w:r w:rsidRPr="000F102B">
              <w:rPr>
                <w:color w:val="1F2933"/>
                <w:sz w:val="17"/>
              </w:rPr>
              <w:t>постобработки</w:t>
            </w:r>
            <w:proofErr w:type="spellEnd"/>
            <w:r w:rsidRPr="000F102B">
              <w:rPr>
                <w:color w:val="1F2933"/>
                <w:sz w:val="17"/>
              </w:rPr>
              <w:t xml:space="preserve"> </w:t>
            </w:r>
            <w:proofErr w:type="spellStart"/>
            <w:r w:rsidRPr="000F102B">
              <w:rPr>
                <w:color w:val="1F2933"/>
                <w:sz w:val="17"/>
              </w:rPr>
              <w:t>звука</w:t>
            </w:r>
            <w:proofErr w:type="spellEnd"/>
            <w:r w:rsidRPr="000F102B">
              <w:rPr>
                <w:color w:val="1F2933"/>
                <w:sz w:val="17"/>
              </w:rPr>
              <w:t>.</w:t>
            </w:r>
            <w:r>
              <w:rPr>
                <w:color w:val="1F2933"/>
                <w:sz w:val="17"/>
              </w:rPr>
              <w:t xml:space="preserve"> / </w:t>
            </w:r>
            <w:r w:rsidR="003E6610">
              <w:rPr>
                <w:color w:val="1F2933"/>
                <w:sz w:val="17"/>
              </w:rPr>
              <w:t>The entry video should be a real one-camera performance, landscape 16:9, MP4, 3-5 minutes, one continuous take, with no editing, splicing, audio replacement, added effects, or post-production audio processing.</w:t>
            </w:r>
          </w:p>
          <w:p w:rsidR="00C42800" w:rsidRDefault="003E6610">
            <w:r>
              <w:rPr>
                <w:color w:val="1F2933"/>
                <w:sz w:val="17"/>
              </w:rPr>
              <w:t>参赛视频须为真实一镜到底演奏，横屏</w:t>
            </w:r>
            <w:r>
              <w:rPr>
                <w:color w:val="1F2933"/>
                <w:sz w:val="17"/>
              </w:rPr>
              <w:t>16:9</w:t>
            </w:r>
            <w:r>
              <w:rPr>
                <w:color w:val="1F2933"/>
                <w:sz w:val="17"/>
              </w:rPr>
              <w:t>，</w:t>
            </w:r>
            <w:r>
              <w:rPr>
                <w:color w:val="1F2933"/>
                <w:sz w:val="17"/>
              </w:rPr>
              <w:t>MP4</w:t>
            </w:r>
            <w:r>
              <w:rPr>
                <w:color w:val="1F2933"/>
                <w:sz w:val="17"/>
              </w:rPr>
              <w:t>格式，</w:t>
            </w:r>
            <w:r>
              <w:rPr>
                <w:color w:val="1F2933"/>
                <w:sz w:val="17"/>
              </w:rPr>
              <w:t>3-5</w:t>
            </w:r>
            <w:r>
              <w:rPr>
                <w:color w:val="1F2933"/>
                <w:sz w:val="17"/>
              </w:rPr>
              <w:t>分钟，一镜到底，不得剪辑、拼接、替换音频或进行后期音频处理。</w:t>
            </w:r>
          </w:p>
        </w:tc>
      </w:tr>
      <w:tr w:rsidR="00C42800">
        <w:tc>
          <w:tcPr>
            <w:tcW w:w="2381" w:type="dxa"/>
            <w:tcBorders>
              <w:top w:val="single" w:sz="8" w:space="0" w:color="B7C4D6"/>
              <w:left w:val="single" w:sz="8" w:space="0" w:color="B7C4D6"/>
              <w:bottom w:val="single" w:sz="8" w:space="0" w:color="B7C4D6"/>
              <w:right w:val="single" w:sz="8" w:space="0" w:color="B7C4D6"/>
            </w:tcBorders>
            <w:shd w:val="clear" w:color="auto" w:fill="EAF4FF"/>
            <w:tcMar>
              <w:top w:w="90" w:type="dxa"/>
              <w:left w:w="120" w:type="dxa"/>
              <w:bottom w:w="90" w:type="dxa"/>
              <w:right w:w="120" w:type="dxa"/>
            </w:tcMar>
            <w:vAlign w:val="center"/>
          </w:tcPr>
          <w:p w:rsidR="00EE3808" w:rsidRPr="00EE3808" w:rsidRDefault="00EE3808">
            <w:pPr>
              <w:rPr>
                <w:b/>
                <w:color w:val="1F2933"/>
                <w:sz w:val="17"/>
                <w:lang w:val="ru-RU"/>
              </w:rPr>
            </w:pPr>
            <w:r>
              <w:rPr>
                <w:b/>
                <w:color w:val="1F2933"/>
                <w:sz w:val="17"/>
                <w:lang w:val="ru-RU"/>
              </w:rPr>
              <w:t>Подача</w:t>
            </w:r>
          </w:p>
          <w:p w:rsidR="00C42800" w:rsidRDefault="003E6610">
            <w:r>
              <w:rPr>
                <w:b/>
                <w:color w:val="1F2933"/>
                <w:sz w:val="17"/>
              </w:rPr>
              <w:t>Submission</w:t>
            </w:r>
          </w:p>
          <w:p w:rsidR="00C42800" w:rsidRDefault="003E6610">
            <w:r>
              <w:rPr>
                <w:b/>
                <w:color w:val="1F2933"/>
                <w:sz w:val="17"/>
              </w:rPr>
              <w:t>提交</w:t>
            </w:r>
          </w:p>
        </w:tc>
        <w:tc>
          <w:tcPr>
            <w:tcW w:w="7030"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vAlign w:val="center"/>
          </w:tcPr>
          <w:p w:rsidR="00C42800" w:rsidRDefault="00775261">
            <w:r w:rsidRPr="00775261">
              <w:rPr>
                <w:color w:val="1F2933"/>
                <w:sz w:val="17"/>
                <w:lang w:val="ru-RU"/>
              </w:rPr>
              <w:t>Отправьте эту форму вместе с видеозаписью или исходным файлом в соответствии с последним официальным уведомлением. При</w:t>
            </w:r>
            <w:r w:rsidRPr="00775261">
              <w:rPr>
                <w:color w:val="1F2933"/>
                <w:sz w:val="17"/>
              </w:rPr>
              <w:t xml:space="preserve"> </w:t>
            </w:r>
            <w:r w:rsidRPr="00775261">
              <w:rPr>
                <w:color w:val="1F2933"/>
                <w:sz w:val="17"/>
                <w:lang w:val="ru-RU"/>
              </w:rPr>
              <w:t>отправке</w:t>
            </w:r>
            <w:r w:rsidRPr="00775261">
              <w:rPr>
                <w:color w:val="1F2933"/>
                <w:sz w:val="17"/>
              </w:rPr>
              <w:t xml:space="preserve"> </w:t>
            </w:r>
            <w:r w:rsidRPr="00775261">
              <w:rPr>
                <w:color w:val="1F2933"/>
                <w:sz w:val="17"/>
                <w:lang w:val="ru-RU"/>
              </w:rPr>
              <w:t>по</w:t>
            </w:r>
            <w:r w:rsidRPr="00775261">
              <w:rPr>
                <w:color w:val="1F2933"/>
                <w:sz w:val="17"/>
              </w:rPr>
              <w:t xml:space="preserve"> </w:t>
            </w:r>
            <w:r w:rsidRPr="00775261">
              <w:rPr>
                <w:color w:val="1F2933"/>
                <w:sz w:val="17"/>
                <w:lang w:val="ru-RU"/>
              </w:rPr>
              <w:t>электронной</w:t>
            </w:r>
            <w:r w:rsidRPr="00775261">
              <w:rPr>
                <w:color w:val="1F2933"/>
                <w:sz w:val="17"/>
              </w:rPr>
              <w:t xml:space="preserve"> </w:t>
            </w:r>
            <w:r w:rsidRPr="00775261">
              <w:rPr>
                <w:color w:val="1F2933"/>
                <w:sz w:val="17"/>
                <w:lang w:val="ru-RU"/>
              </w:rPr>
              <w:t>почте</w:t>
            </w:r>
            <w:r w:rsidRPr="00775261">
              <w:rPr>
                <w:color w:val="1F2933"/>
                <w:sz w:val="17"/>
              </w:rPr>
              <w:t xml:space="preserve"> </w:t>
            </w:r>
            <w:r w:rsidRPr="00775261">
              <w:rPr>
                <w:color w:val="1F2933"/>
                <w:sz w:val="17"/>
                <w:lang w:val="ru-RU"/>
              </w:rPr>
              <w:t>укажите</w:t>
            </w:r>
            <w:r w:rsidRPr="00775261">
              <w:rPr>
                <w:color w:val="1F2933"/>
                <w:sz w:val="17"/>
              </w:rPr>
              <w:t xml:space="preserve"> </w:t>
            </w:r>
            <w:r w:rsidRPr="00775261">
              <w:rPr>
                <w:color w:val="1F2933"/>
                <w:sz w:val="17"/>
                <w:lang w:val="ru-RU"/>
              </w:rPr>
              <w:t>точное</w:t>
            </w:r>
            <w:r w:rsidRPr="00775261">
              <w:rPr>
                <w:color w:val="1F2933"/>
                <w:sz w:val="17"/>
              </w:rPr>
              <w:t xml:space="preserve"> </w:t>
            </w:r>
            <w:r w:rsidRPr="00775261">
              <w:rPr>
                <w:color w:val="1F2933"/>
                <w:sz w:val="17"/>
                <w:lang w:val="ru-RU"/>
              </w:rPr>
              <w:t>название</w:t>
            </w:r>
            <w:r w:rsidRPr="00775261">
              <w:rPr>
                <w:color w:val="1F2933"/>
                <w:sz w:val="17"/>
              </w:rPr>
              <w:t xml:space="preserve"> </w:t>
            </w:r>
            <w:r w:rsidRPr="00775261">
              <w:rPr>
                <w:color w:val="1F2933"/>
                <w:sz w:val="17"/>
                <w:lang w:val="ru-RU"/>
              </w:rPr>
              <w:t>файла</w:t>
            </w:r>
            <w:r w:rsidRPr="00775261">
              <w:rPr>
                <w:color w:val="1F2933"/>
                <w:sz w:val="17"/>
              </w:rPr>
              <w:t xml:space="preserve"> </w:t>
            </w:r>
            <w:r w:rsidRPr="00775261">
              <w:rPr>
                <w:color w:val="1F2933"/>
                <w:sz w:val="17"/>
                <w:lang w:val="ru-RU"/>
              </w:rPr>
              <w:t>вашего</w:t>
            </w:r>
            <w:r w:rsidRPr="00775261">
              <w:rPr>
                <w:color w:val="1F2933"/>
                <w:sz w:val="17"/>
              </w:rPr>
              <w:t xml:space="preserve"> </w:t>
            </w:r>
            <w:r w:rsidRPr="00775261">
              <w:rPr>
                <w:color w:val="1F2933"/>
                <w:sz w:val="17"/>
                <w:lang w:val="ru-RU"/>
              </w:rPr>
              <w:t>видео</w:t>
            </w:r>
            <w:r w:rsidRPr="00775261">
              <w:rPr>
                <w:color w:val="1F2933"/>
                <w:sz w:val="17"/>
              </w:rPr>
              <w:t xml:space="preserve"> </w:t>
            </w:r>
            <w:r w:rsidRPr="00775261">
              <w:rPr>
                <w:color w:val="1F2933"/>
                <w:sz w:val="17"/>
                <w:lang w:val="ru-RU"/>
              </w:rPr>
              <w:t>в</w:t>
            </w:r>
            <w:r w:rsidRPr="00775261">
              <w:rPr>
                <w:color w:val="1F2933"/>
                <w:sz w:val="17"/>
              </w:rPr>
              <w:t xml:space="preserve"> </w:t>
            </w:r>
            <w:r w:rsidRPr="00775261">
              <w:rPr>
                <w:color w:val="1F2933"/>
                <w:sz w:val="17"/>
                <w:lang w:val="ru-RU"/>
              </w:rPr>
              <w:t>тексте</w:t>
            </w:r>
            <w:r w:rsidRPr="00775261">
              <w:rPr>
                <w:color w:val="1F2933"/>
                <w:sz w:val="17"/>
              </w:rPr>
              <w:t xml:space="preserve"> </w:t>
            </w:r>
            <w:r w:rsidRPr="00775261">
              <w:rPr>
                <w:color w:val="1F2933"/>
                <w:sz w:val="17"/>
                <w:lang w:val="ru-RU"/>
              </w:rPr>
              <w:t>письма</w:t>
            </w:r>
            <w:r w:rsidRPr="00775261">
              <w:rPr>
                <w:color w:val="1F2933"/>
                <w:sz w:val="17"/>
              </w:rPr>
              <w:t xml:space="preserve">. </w:t>
            </w:r>
            <w:r>
              <w:rPr>
                <w:color w:val="1F2933"/>
                <w:sz w:val="17"/>
              </w:rPr>
              <w:t xml:space="preserve">/ </w:t>
            </w:r>
            <w:r w:rsidR="003E6610">
              <w:rPr>
                <w:color w:val="1F2933"/>
                <w:sz w:val="17"/>
              </w:rPr>
              <w:t>Submit this form together with the entry video or source file according to the latest official notice. If submitting by email, write the exact file name of your video in the email body.</w:t>
            </w:r>
          </w:p>
          <w:p w:rsidR="00C42800" w:rsidRDefault="003E6610">
            <w:r>
              <w:rPr>
                <w:color w:val="1F2933"/>
                <w:sz w:val="17"/>
              </w:rPr>
              <w:t>请按官方最新通知提交本表与视频或源文件；如通过邮件提交，请在邮件正文注明视频文件名。</w:t>
            </w:r>
          </w:p>
        </w:tc>
      </w:tr>
    </w:tbl>
    <w:p w:rsidR="00C42800" w:rsidRDefault="00C42800">
      <w:pPr>
        <w:spacing w:after="40"/>
      </w:pPr>
    </w:p>
    <w:tbl>
      <w:tblPr>
        <w:tblW w:w="0" w:type="auto"/>
        <w:tblLook w:val="04A0" w:firstRow="1" w:lastRow="0" w:firstColumn="1" w:lastColumn="0" w:noHBand="0" w:noVBand="1"/>
      </w:tblPr>
      <w:tblGrid>
        <w:gridCol w:w="10086"/>
      </w:tblGrid>
      <w:tr w:rsidR="00C42800">
        <w:tc>
          <w:tcPr>
            <w:tcW w:w="10086" w:type="dxa"/>
            <w:tcBorders>
              <w:top w:val="single" w:sz="8" w:space="0" w:color="17365D"/>
              <w:left w:val="single" w:sz="8" w:space="0" w:color="17365D"/>
              <w:bottom w:val="single" w:sz="8" w:space="0" w:color="17365D"/>
              <w:right w:val="single" w:sz="8" w:space="0" w:color="17365D"/>
            </w:tcBorders>
            <w:shd w:val="clear" w:color="auto" w:fill="17365D"/>
            <w:tcMar>
              <w:top w:w="140" w:type="dxa"/>
              <w:left w:w="120" w:type="dxa"/>
              <w:bottom w:w="140" w:type="dxa"/>
              <w:right w:w="120" w:type="dxa"/>
            </w:tcMar>
          </w:tcPr>
          <w:p w:rsidR="00C42800" w:rsidRDefault="003E6610">
            <w:pPr>
              <w:spacing w:after="0"/>
            </w:pPr>
            <w:r>
              <w:rPr>
                <w:b/>
                <w:color w:val="FFFFFF"/>
                <w:sz w:val="21"/>
              </w:rPr>
              <w:t xml:space="preserve">D. </w:t>
            </w:r>
            <w:proofErr w:type="spellStart"/>
            <w:r w:rsidR="00EE3808" w:rsidRPr="00EE3808">
              <w:rPr>
                <w:b/>
                <w:color w:val="FFFFFF"/>
                <w:sz w:val="21"/>
              </w:rPr>
              <w:t>Заявление</w:t>
            </w:r>
            <w:proofErr w:type="spellEnd"/>
            <w:r w:rsidR="00EE3808" w:rsidRPr="00EE3808">
              <w:rPr>
                <w:b/>
                <w:color w:val="FFFFFF"/>
                <w:sz w:val="21"/>
              </w:rPr>
              <w:t xml:space="preserve"> и </w:t>
            </w:r>
            <w:proofErr w:type="spellStart"/>
            <w:r w:rsidR="00EE3808" w:rsidRPr="00EE3808">
              <w:rPr>
                <w:b/>
                <w:color w:val="FFFFFF"/>
                <w:sz w:val="21"/>
              </w:rPr>
              <w:t>согласие</w:t>
            </w:r>
            <w:proofErr w:type="spellEnd"/>
            <w:r w:rsidR="00EE3808" w:rsidRPr="00EE3808">
              <w:rPr>
                <w:b/>
                <w:color w:val="FFFFFF"/>
                <w:sz w:val="21"/>
              </w:rPr>
              <w:t xml:space="preserve"> </w:t>
            </w:r>
            <w:r w:rsidR="00EE3808">
              <w:rPr>
                <w:b/>
                <w:color w:val="FFFFFF"/>
                <w:sz w:val="21"/>
              </w:rPr>
              <w:t xml:space="preserve">/ </w:t>
            </w:r>
            <w:r>
              <w:rPr>
                <w:b/>
                <w:color w:val="FFFFFF"/>
                <w:sz w:val="21"/>
              </w:rPr>
              <w:t>Declaration and Consent</w:t>
            </w:r>
          </w:p>
          <w:p w:rsidR="00C42800" w:rsidRDefault="003E6610">
            <w:pPr>
              <w:spacing w:after="0"/>
            </w:pPr>
            <w:r>
              <w:rPr>
                <w:b/>
                <w:color w:val="FFFFFF"/>
                <w:sz w:val="21"/>
              </w:rPr>
              <w:t xml:space="preserve">D. </w:t>
            </w:r>
            <w:r>
              <w:rPr>
                <w:b/>
                <w:color w:val="FFFFFF"/>
                <w:sz w:val="21"/>
              </w:rPr>
              <w:t>声明与授权</w:t>
            </w:r>
          </w:p>
        </w:tc>
      </w:tr>
    </w:tbl>
    <w:p w:rsidR="00C42800" w:rsidRDefault="00C42800">
      <w:pPr>
        <w:spacing w:after="0"/>
      </w:pPr>
    </w:p>
    <w:tbl>
      <w:tblPr>
        <w:tblStyle w:val="aff0"/>
        <w:tblW w:w="0" w:type="auto"/>
        <w:tblLook w:val="04A0" w:firstRow="1" w:lastRow="0" w:firstColumn="1" w:lastColumn="0" w:noHBand="0" w:noVBand="1"/>
      </w:tblPr>
      <w:tblGrid>
        <w:gridCol w:w="10086"/>
      </w:tblGrid>
      <w:tr w:rsidR="00C42800">
        <w:tc>
          <w:tcPr>
            <w:tcW w:w="10086"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tcPr>
          <w:p w:rsidR="00C42800" w:rsidRPr="0041262A" w:rsidRDefault="003E6610">
            <w:pPr>
              <w:rPr>
                <w:lang w:val="ru-RU"/>
              </w:rPr>
            </w:pPr>
            <w:proofErr w:type="gramStart"/>
            <w:r w:rsidRPr="0041262A">
              <w:rPr>
                <w:color w:val="1F2933"/>
                <w:sz w:val="17"/>
                <w:lang w:val="ru-RU"/>
              </w:rPr>
              <w:t>[ ]</w:t>
            </w:r>
            <w:proofErr w:type="gramEnd"/>
            <w:r w:rsidRPr="0041262A">
              <w:rPr>
                <w:color w:val="1F2933"/>
                <w:sz w:val="17"/>
                <w:lang w:val="ru-RU"/>
              </w:rPr>
              <w:t xml:space="preserve"> </w:t>
            </w:r>
            <w:r w:rsidR="0041262A" w:rsidRPr="0041262A">
              <w:rPr>
                <w:color w:val="1F2933"/>
                <w:sz w:val="17"/>
                <w:lang w:val="ru-RU"/>
              </w:rPr>
              <w:t xml:space="preserve">Я подтверждаю, что вся информация, предоставленная в этой форме, является достоверной и точной. / </w:t>
            </w:r>
            <w:r>
              <w:rPr>
                <w:color w:val="1F2933"/>
                <w:sz w:val="17"/>
              </w:rPr>
              <w:t>I</w:t>
            </w:r>
            <w:r w:rsidRPr="0041262A">
              <w:rPr>
                <w:color w:val="1F2933"/>
                <w:sz w:val="17"/>
                <w:lang w:val="ru-RU"/>
              </w:rPr>
              <w:t xml:space="preserve"> </w:t>
            </w:r>
            <w:r>
              <w:rPr>
                <w:color w:val="1F2933"/>
                <w:sz w:val="17"/>
              </w:rPr>
              <w:t>confirm</w:t>
            </w:r>
            <w:r w:rsidRPr="0041262A">
              <w:rPr>
                <w:color w:val="1F2933"/>
                <w:sz w:val="17"/>
                <w:lang w:val="ru-RU"/>
              </w:rPr>
              <w:t xml:space="preserve"> </w:t>
            </w:r>
            <w:r>
              <w:rPr>
                <w:color w:val="1F2933"/>
                <w:sz w:val="17"/>
              </w:rPr>
              <w:t>that</w:t>
            </w:r>
            <w:r w:rsidRPr="0041262A">
              <w:rPr>
                <w:color w:val="1F2933"/>
                <w:sz w:val="17"/>
                <w:lang w:val="ru-RU"/>
              </w:rPr>
              <w:t xml:space="preserve"> </w:t>
            </w:r>
            <w:r>
              <w:rPr>
                <w:color w:val="1F2933"/>
                <w:sz w:val="17"/>
              </w:rPr>
              <w:t>all</w:t>
            </w:r>
            <w:r w:rsidRPr="0041262A">
              <w:rPr>
                <w:color w:val="1F2933"/>
                <w:sz w:val="17"/>
                <w:lang w:val="ru-RU"/>
              </w:rPr>
              <w:t xml:space="preserve"> </w:t>
            </w:r>
            <w:r>
              <w:rPr>
                <w:color w:val="1F2933"/>
                <w:sz w:val="17"/>
              </w:rPr>
              <w:t>information</w:t>
            </w:r>
            <w:r w:rsidRPr="0041262A">
              <w:rPr>
                <w:color w:val="1F2933"/>
                <w:sz w:val="17"/>
                <w:lang w:val="ru-RU"/>
              </w:rPr>
              <w:t xml:space="preserve"> </w:t>
            </w:r>
            <w:r>
              <w:rPr>
                <w:color w:val="1F2933"/>
                <w:sz w:val="17"/>
              </w:rPr>
              <w:t>provided</w:t>
            </w:r>
            <w:r w:rsidRPr="0041262A">
              <w:rPr>
                <w:color w:val="1F2933"/>
                <w:sz w:val="17"/>
                <w:lang w:val="ru-RU"/>
              </w:rPr>
              <w:t xml:space="preserve"> </w:t>
            </w:r>
            <w:r>
              <w:rPr>
                <w:color w:val="1F2933"/>
                <w:sz w:val="17"/>
              </w:rPr>
              <w:t>in</w:t>
            </w:r>
            <w:r w:rsidRPr="0041262A">
              <w:rPr>
                <w:color w:val="1F2933"/>
                <w:sz w:val="17"/>
                <w:lang w:val="ru-RU"/>
              </w:rPr>
              <w:t xml:space="preserve"> </w:t>
            </w:r>
            <w:r>
              <w:rPr>
                <w:color w:val="1F2933"/>
                <w:sz w:val="17"/>
              </w:rPr>
              <w:t>this</w:t>
            </w:r>
            <w:r w:rsidRPr="0041262A">
              <w:rPr>
                <w:color w:val="1F2933"/>
                <w:sz w:val="17"/>
                <w:lang w:val="ru-RU"/>
              </w:rPr>
              <w:t xml:space="preserve"> </w:t>
            </w:r>
            <w:r>
              <w:rPr>
                <w:color w:val="1F2933"/>
                <w:sz w:val="17"/>
              </w:rPr>
              <w:t>form</w:t>
            </w:r>
            <w:r w:rsidRPr="0041262A">
              <w:rPr>
                <w:color w:val="1F2933"/>
                <w:sz w:val="17"/>
                <w:lang w:val="ru-RU"/>
              </w:rPr>
              <w:t xml:space="preserve"> </w:t>
            </w:r>
            <w:r>
              <w:rPr>
                <w:color w:val="1F2933"/>
                <w:sz w:val="17"/>
              </w:rPr>
              <w:t>is</w:t>
            </w:r>
            <w:r w:rsidRPr="0041262A">
              <w:rPr>
                <w:color w:val="1F2933"/>
                <w:sz w:val="17"/>
                <w:lang w:val="ru-RU"/>
              </w:rPr>
              <w:t xml:space="preserve"> </w:t>
            </w:r>
            <w:r>
              <w:rPr>
                <w:color w:val="1F2933"/>
                <w:sz w:val="17"/>
              </w:rPr>
              <w:t>true</w:t>
            </w:r>
            <w:r w:rsidRPr="0041262A">
              <w:rPr>
                <w:color w:val="1F2933"/>
                <w:sz w:val="17"/>
                <w:lang w:val="ru-RU"/>
              </w:rPr>
              <w:t xml:space="preserve"> </w:t>
            </w:r>
            <w:r>
              <w:rPr>
                <w:color w:val="1F2933"/>
                <w:sz w:val="17"/>
              </w:rPr>
              <w:t>and</w:t>
            </w:r>
            <w:r w:rsidRPr="0041262A">
              <w:rPr>
                <w:color w:val="1F2933"/>
                <w:sz w:val="17"/>
                <w:lang w:val="ru-RU"/>
              </w:rPr>
              <w:t xml:space="preserve"> </w:t>
            </w:r>
            <w:r>
              <w:rPr>
                <w:color w:val="1F2933"/>
                <w:sz w:val="17"/>
              </w:rPr>
              <w:t>accurate</w:t>
            </w:r>
            <w:r w:rsidRPr="0041262A">
              <w:rPr>
                <w:color w:val="1F2933"/>
                <w:sz w:val="17"/>
                <w:lang w:val="ru-RU"/>
              </w:rPr>
              <w:t>.</w:t>
            </w:r>
          </w:p>
          <w:p w:rsidR="00C42800" w:rsidRDefault="003E6610">
            <w:r>
              <w:rPr>
                <w:color w:val="1F2933"/>
                <w:sz w:val="17"/>
              </w:rPr>
              <w:t>我确认本表所填信息真实、准确。</w:t>
            </w:r>
          </w:p>
        </w:tc>
      </w:tr>
      <w:tr w:rsidR="00C42800">
        <w:tc>
          <w:tcPr>
            <w:tcW w:w="10086"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tcPr>
          <w:p w:rsidR="00C42800" w:rsidRDefault="003E6610">
            <w:r>
              <w:rPr>
                <w:color w:val="1F2933"/>
                <w:sz w:val="17"/>
              </w:rPr>
              <w:t xml:space="preserve">[ ] </w:t>
            </w:r>
            <w:proofErr w:type="spellStart"/>
            <w:r w:rsidR="0041262A" w:rsidRPr="0041262A">
              <w:rPr>
                <w:color w:val="1F2933"/>
                <w:sz w:val="17"/>
              </w:rPr>
              <w:t>Подтверждаю</w:t>
            </w:r>
            <w:proofErr w:type="spellEnd"/>
            <w:r w:rsidR="0041262A" w:rsidRPr="0041262A">
              <w:rPr>
                <w:color w:val="1F2933"/>
                <w:sz w:val="17"/>
              </w:rPr>
              <w:t xml:space="preserve">, </w:t>
            </w:r>
            <w:proofErr w:type="spellStart"/>
            <w:r w:rsidR="0041262A" w:rsidRPr="0041262A">
              <w:rPr>
                <w:color w:val="1F2933"/>
                <w:sz w:val="17"/>
              </w:rPr>
              <w:t>что</w:t>
            </w:r>
            <w:proofErr w:type="spellEnd"/>
            <w:r w:rsidR="0041262A" w:rsidRPr="0041262A">
              <w:rPr>
                <w:color w:val="1F2933"/>
                <w:sz w:val="17"/>
              </w:rPr>
              <w:t xml:space="preserve"> </w:t>
            </w:r>
            <w:proofErr w:type="spellStart"/>
            <w:r w:rsidR="0041262A" w:rsidRPr="0041262A">
              <w:rPr>
                <w:color w:val="1F2933"/>
                <w:sz w:val="17"/>
              </w:rPr>
              <w:t>представленное</w:t>
            </w:r>
            <w:proofErr w:type="spellEnd"/>
            <w:r w:rsidR="0041262A" w:rsidRPr="0041262A">
              <w:rPr>
                <w:color w:val="1F2933"/>
                <w:sz w:val="17"/>
              </w:rPr>
              <w:t xml:space="preserve"> </w:t>
            </w:r>
            <w:proofErr w:type="spellStart"/>
            <w:r w:rsidR="0041262A" w:rsidRPr="0041262A">
              <w:rPr>
                <w:color w:val="1F2933"/>
                <w:sz w:val="17"/>
              </w:rPr>
              <w:t>выступление</w:t>
            </w:r>
            <w:proofErr w:type="spellEnd"/>
            <w:r w:rsidR="0041262A" w:rsidRPr="0041262A">
              <w:rPr>
                <w:color w:val="1F2933"/>
                <w:sz w:val="17"/>
              </w:rPr>
              <w:t xml:space="preserve"> </w:t>
            </w:r>
            <w:proofErr w:type="spellStart"/>
            <w:r w:rsidR="0041262A" w:rsidRPr="0041262A">
              <w:rPr>
                <w:color w:val="1F2933"/>
                <w:sz w:val="17"/>
              </w:rPr>
              <w:t>исполнено</w:t>
            </w:r>
            <w:proofErr w:type="spellEnd"/>
            <w:r w:rsidR="0041262A" w:rsidRPr="0041262A">
              <w:rPr>
                <w:color w:val="1F2933"/>
                <w:sz w:val="17"/>
              </w:rPr>
              <w:t xml:space="preserve"> </w:t>
            </w:r>
            <w:proofErr w:type="spellStart"/>
            <w:r w:rsidR="0041262A" w:rsidRPr="0041262A">
              <w:rPr>
                <w:color w:val="1F2933"/>
                <w:sz w:val="17"/>
              </w:rPr>
              <w:t>мной</w:t>
            </w:r>
            <w:proofErr w:type="spellEnd"/>
            <w:r w:rsidR="0041262A" w:rsidRPr="0041262A">
              <w:rPr>
                <w:color w:val="1F2933"/>
                <w:sz w:val="17"/>
              </w:rPr>
              <w:t>.</w:t>
            </w:r>
            <w:r w:rsidR="0041262A">
              <w:rPr>
                <w:color w:val="1F2933"/>
                <w:sz w:val="17"/>
              </w:rPr>
              <w:t xml:space="preserve"> / </w:t>
            </w:r>
            <w:r>
              <w:rPr>
                <w:color w:val="1F2933"/>
                <w:sz w:val="17"/>
              </w:rPr>
              <w:t xml:space="preserve">I confirm that </w:t>
            </w:r>
            <w:proofErr w:type="gramStart"/>
            <w:r>
              <w:rPr>
                <w:color w:val="1F2933"/>
                <w:sz w:val="17"/>
              </w:rPr>
              <w:t>the submitted performance is performed by myself</w:t>
            </w:r>
            <w:proofErr w:type="gramEnd"/>
            <w:r>
              <w:rPr>
                <w:color w:val="1F2933"/>
                <w:sz w:val="17"/>
              </w:rPr>
              <w:t>.</w:t>
            </w:r>
          </w:p>
          <w:p w:rsidR="00C42800" w:rsidRDefault="003E6610">
            <w:r>
              <w:rPr>
                <w:color w:val="1F2933"/>
                <w:sz w:val="17"/>
              </w:rPr>
              <w:t>我确认提交的参赛作品由本人演奏。</w:t>
            </w:r>
          </w:p>
        </w:tc>
      </w:tr>
      <w:tr w:rsidR="00C42800">
        <w:tc>
          <w:tcPr>
            <w:tcW w:w="10086"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tcPr>
          <w:p w:rsidR="00C42800" w:rsidRDefault="003E6610">
            <w:r w:rsidRPr="0041262A">
              <w:rPr>
                <w:color w:val="1F2933"/>
                <w:sz w:val="17"/>
              </w:rPr>
              <w:t xml:space="preserve">[ ] </w:t>
            </w:r>
            <w:r w:rsidR="0041262A" w:rsidRPr="0041262A">
              <w:rPr>
                <w:color w:val="1F2933"/>
                <w:sz w:val="17"/>
                <w:lang w:val="ru-RU"/>
              </w:rPr>
              <w:t>Я</w:t>
            </w:r>
            <w:r w:rsidR="0041262A" w:rsidRPr="0041262A">
              <w:rPr>
                <w:color w:val="1F2933"/>
                <w:sz w:val="17"/>
              </w:rPr>
              <w:t xml:space="preserve"> </w:t>
            </w:r>
            <w:r w:rsidR="0041262A" w:rsidRPr="0041262A">
              <w:rPr>
                <w:color w:val="1F2933"/>
                <w:sz w:val="17"/>
                <w:lang w:val="ru-RU"/>
              </w:rPr>
              <w:t>понимаю</w:t>
            </w:r>
            <w:r w:rsidR="0041262A" w:rsidRPr="0041262A">
              <w:rPr>
                <w:color w:val="1F2933"/>
                <w:sz w:val="17"/>
              </w:rPr>
              <w:t xml:space="preserve"> </w:t>
            </w:r>
            <w:r w:rsidR="0041262A" w:rsidRPr="0041262A">
              <w:rPr>
                <w:color w:val="1F2933"/>
                <w:sz w:val="17"/>
                <w:lang w:val="ru-RU"/>
              </w:rPr>
              <w:t>и</w:t>
            </w:r>
            <w:r w:rsidR="0041262A" w:rsidRPr="0041262A">
              <w:rPr>
                <w:color w:val="1F2933"/>
                <w:sz w:val="17"/>
              </w:rPr>
              <w:t xml:space="preserve"> </w:t>
            </w:r>
            <w:r w:rsidR="0041262A" w:rsidRPr="0041262A">
              <w:rPr>
                <w:color w:val="1F2933"/>
                <w:sz w:val="17"/>
                <w:lang w:val="ru-RU"/>
              </w:rPr>
              <w:t>соглашаюсь</w:t>
            </w:r>
            <w:r w:rsidR="0041262A" w:rsidRPr="0041262A">
              <w:rPr>
                <w:color w:val="1F2933"/>
                <w:sz w:val="17"/>
              </w:rPr>
              <w:t xml:space="preserve"> </w:t>
            </w:r>
            <w:r w:rsidR="0041262A" w:rsidRPr="0041262A">
              <w:rPr>
                <w:color w:val="1F2933"/>
                <w:sz w:val="17"/>
                <w:lang w:val="ru-RU"/>
              </w:rPr>
              <w:t>соблюдать</w:t>
            </w:r>
            <w:r w:rsidR="0041262A" w:rsidRPr="0041262A">
              <w:rPr>
                <w:color w:val="1F2933"/>
                <w:sz w:val="17"/>
              </w:rPr>
              <w:t xml:space="preserve"> </w:t>
            </w:r>
            <w:r w:rsidR="0041262A" w:rsidRPr="0041262A">
              <w:rPr>
                <w:color w:val="1F2933"/>
                <w:sz w:val="17"/>
                <w:lang w:val="ru-RU"/>
              </w:rPr>
              <w:t>официальные</w:t>
            </w:r>
            <w:r w:rsidR="0041262A" w:rsidRPr="0041262A">
              <w:rPr>
                <w:color w:val="1F2933"/>
                <w:sz w:val="17"/>
              </w:rPr>
              <w:t xml:space="preserve"> </w:t>
            </w:r>
            <w:r w:rsidR="0041262A" w:rsidRPr="0041262A">
              <w:rPr>
                <w:color w:val="1F2933"/>
                <w:sz w:val="17"/>
                <w:lang w:val="ru-RU"/>
              </w:rPr>
              <w:t>правила</w:t>
            </w:r>
            <w:r w:rsidR="0041262A" w:rsidRPr="0041262A">
              <w:rPr>
                <w:color w:val="1F2933"/>
                <w:sz w:val="17"/>
              </w:rPr>
              <w:t xml:space="preserve"> </w:t>
            </w:r>
            <w:r w:rsidR="0041262A" w:rsidRPr="0041262A">
              <w:rPr>
                <w:color w:val="1F2933"/>
                <w:sz w:val="17"/>
                <w:lang w:val="ru-RU"/>
              </w:rPr>
              <w:t>и</w:t>
            </w:r>
            <w:r w:rsidR="0041262A" w:rsidRPr="0041262A">
              <w:rPr>
                <w:color w:val="1F2933"/>
                <w:sz w:val="17"/>
              </w:rPr>
              <w:t xml:space="preserve"> </w:t>
            </w:r>
            <w:r w:rsidR="0041262A" w:rsidRPr="0041262A">
              <w:rPr>
                <w:color w:val="1F2933"/>
                <w:sz w:val="17"/>
                <w:lang w:val="ru-RU"/>
              </w:rPr>
              <w:t>уведомления</w:t>
            </w:r>
            <w:r w:rsidR="0041262A" w:rsidRPr="0041262A">
              <w:rPr>
                <w:color w:val="1F2933"/>
                <w:sz w:val="17"/>
              </w:rPr>
              <w:t xml:space="preserve"> </w:t>
            </w:r>
            <w:r w:rsidR="0041262A" w:rsidRPr="0041262A">
              <w:rPr>
                <w:color w:val="1F2933"/>
                <w:sz w:val="17"/>
                <w:lang w:val="ru-RU"/>
              </w:rPr>
              <w:t>конкурса</w:t>
            </w:r>
            <w:r w:rsidR="0041262A" w:rsidRPr="0041262A">
              <w:rPr>
                <w:color w:val="1F2933"/>
                <w:sz w:val="17"/>
              </w:rPr>
              <w:t xml:space="preserve">. </w:t>
            </w:r>
            <w:r w:rsidR="0041262A">
              <w:rPr>
                <w:color w:val="1F2933"/>
                <w:sz w:val="17"/>
              </w:rPr>
              <w:t xml:space="preserve">/ </w:t>
            </w:r>
            <w:r>
              <w:rPr>
                <w:color w:val="1F2933"/>
                <w:sz w:val="17"/>
              </w:rPr>
              <w:t>I understand and agree to comply with the official competition rules and notices.</w:t>
            </w:r>
          </w:p>
          <w:p w:rsidR="00C42800" w:rsidRDefault="003E6610">
            <w:r>
              <w:rPr>
                <w:color w:val="1F2933"/>
                <w:sz w:val="17"/>
              </w:rPr>
              <w:t>我已阅读并同意遵守赛事官方规则及通知。</w:t>
            </w:r>
          </w:p>
        </w:tc>
      </w:tr>
      <w:tr w:rsidR="00C42800">
        <w:tc>
          <w:tcPr>
            <w:tcW w:w="10086" w:type="dxa"/>
            <w:tcBorders>
              <w:top w:val="single" w:sz="8" w:space="0" w:color="B7C4D6"/>
              <w:left w:val="single" w:sz="8" w:space="0" w:color="B7C4D6"/>
              <w:bottom w:val="single" w:sz="8" w:space="0" w:color="B7C4D6"/>
              <w:right w:val="single" w:sz="8" w:space="0" w:color="B7C4D6"/>
            </w:tcBorders>
            <w:shd w:val="clear" w:color="auto" w:fill="FFFFFF"/>
            <w:tcMar>
              <w:top w:w="90" w:type="dxa"/>
              <w:left w:w="120" w:type="dxa"/>
              <w:bottom w:w="90" w:type="dxa"/>
              <w:right w:w="120" w:type="dxa"/>
            </w:tcMar>
          </w:tcPr>
          <w:p w:rsidR="00C42800" w:rsidRDefault="003E6610">
            <w:proofErr w:type="gramStart"/>
            <w:r w:rsidRPr="0041262A">
              <w:rPr>
                <w:color w:val="1F2933"/>
                <w:sz w:val="17"/>
                <w:lang w:val="ru-RU"/>
              </w:rPr>
              <w:t>[ ]</w:t>
            </w:r>
            <w:proofErr w:type="gramEnd"/>
            <w:r w:rsidRPr="0041262A">
              <w:rPr>
                <w:color w:val="1F2933"/>
                <w:sz w:val="17"/>
                <w:lang w:val="ru-RU"/>
              </w:rPr>
              <w:t xml:space="preserve"> </w:t>
            </w:r>
            <w:r w:rsidR="0041262A" w:rsidRPr="0041262A">
              <w:rPr>
                <w:color w:val="1F2933"/>
                <w:sz w:val="17"/>
                <w:lang w:val="ru-RU"/>
              </w:rPr>
              <w:t xml:space="preserve">Я согласен с тем, что организатор может использовать предоставленные мной имя, страну/регион, видеозапись выступления, фотографии и информацию о моей работе для целей коммуникации и продвижения, связанных с конкурсом. </w:t>
            </w:r>
            <w:r w:rsidR="00044DAC" w:rsidRPr="00044DAC">
              <w:rPr>
                <w:color w:val="1F2933"/>
                <w:sz w:val="17"/>
                <w:lang w:val="ru-RU"/>
              </w:rPr>
              <w:t xml:space="preserve"> </w:t>
            </w:r>
            <w:r>
              <w:rPr>
                <w:color w:val="1F2933"/>
                <w:sz w:val="17"/>
              </w:rPr>
              <w:lastRenderedPageBreak/>
              <w:t>I agree that the organizer may use my submitted name, country/region, performance video, photos, and work information for competition-related communication and promotion.</w:t>
            </w:r>
          </w:p>
          <w:p w:rsidR="00C42800" w:rsidRDefault="003E6610">
            <w:r>
              <w:rPr>
                <w:color w:val="1F2933"/>
                <w:sz w:val="17"/>
              </w:rPr>
              <w:t>我同意主办方将本人姓名、国家</w:t>
            </w:r>
            <w:r>
              <w:rPr>
                <w:color w:val="1F2933"/>
                <w:sz w:val="17"/>
              </w:rPr>
              <w:t>/</w:t>
            </w:r>
            <w:r>
              <w:rPr>
                <w:color w:val="1F2933"/>
                <w:sz w:val="17"/>
              </w:rPr>
              <w:t>地区、演奏视频、照片及作品信息用于赛事相关传播与推广。</w:t>
            </w:r>
          </w:p>
        </w:tc>
      </w:tr>
      <w:tr w:rsidR="00C42800" w:rsidTr="00044DAC">
        <w:trPr>
          <w:trHeight w:val="902"/>
        </w:trPr>
        <w:tc>
          <w:tcPr>
            <w:tcW w:w="10086" w:type="dxa"/>
            <w:tcBorders>
              <w:top w:val="single" w:sz="8" w:space="0" w:color="B7C4D6"/>
              <w:left w:val="single" w:sz="8" w:space="0" w:color="B7C4D6"/>
              <w:bottom w:val="single" w:sz="8" w:space="0" w:color="B7C4D6"/>
              <w:right w:val="single" w:sz="8" w:space="0" w:color="B7C4D6"/>
            </w:tcBorders>
            <w:shd w:val="clear" w:color="auto" w:fill="EEF2F7"/>
            <w:tcMar>
              <w:top w:w="160" w:type="dxa"/>
              <w:left w:w="120" w:type="dxa"/>
              <w:bottom w:w="160" w:type="dxa"/>
              <w:right w:w="120" w:type="dxa"/>
            </w:tcMar>
          </w:tcPr>
          <w:p w:rsidR="00044DAC" w:rsidRPr="00044DAC" w:rsidRDefault="00044DAC" w:rsidP="00044DAC">
            <w:pPr>
              <w:tabs>
                <w:tab w:val="center" w:pos="4923"/>
              </w:tabs>
              <w:rPr>
                <w:b/>
                <w:color w:val="1F2933"/>
                <w:lang w:val="ru-RU"/>
              </w:rPr>
            </w:pPr>
            <w:r>
              <w:rPr>
                <w:b/>
                <w:color w:val="1F2933"/>
                <w:lang w:val="ru-RU"/>
              </w:rPr>
              <w:lastRenderedPageBreak/>
              <w:t>Подпись</w:t>
            </w:r>
            <w:r>
              <w:rPr>
                <w:b/>
                <w:color w:val="1F2933"/>
                <w:lang w:val="ru-RU"/>
              </w:rPr>
              <w:tab/>
              <w:t xml:space="preserve">             Дата</w:t>
            </w:r>
          </w:p>
          <w:p w:rsidR="00C42800" w:rsidRDefault="003E6610">
            <w:r>
              <w:rPr>
                <w:b/>
                <w:color w:val="1F2933"/>
              </w:rPr>
              <w:t xml:space="preserve">Signature / </w:t>
            </w:r>
            <w:proofErr w:type="spellStart"/>
            <w:r>
              <w:rPr>
                <w:b/>
                <w:color w:val="1F2933"/>
              </w:rPr>
              <w:t>签名</w:t>
            </w:r>
            <w:proofErr w:type="spellEnd"/>
            <w:r>
              <w:rPr>
                <w:b/>
                <w:color w:val="1F2933"/>
              </w:rPr>
              <w:t xml:space="preserve">: ________________________________        Date / </w:t>
            </w:r>
            <w:r>
              <w:rPr>
                <w:b/>
                <w:color w:val="1F2933"/>
              </w:rPr>
              <w:t>日期</w:t>
            </w:r>
            <w:r>
              <w:rPr>
                <w:b/>
                <w:color w:val="1F2933"/>
              </w:rPr>
              <w:t>: ____________________</w:t>
            </w:r>
          </w:p>
        </w:tc>
      </w:tr>
    </w:tbl>
    <w:p w:rsidR="003E6610" w:rsidRDefault="003E6610"/>
    <w:sectPr w:rsidR="003E6610" w:rsidSect="00034616">
      <w:headerReference w:type="default" r:id="rId10"/>
      <w:footerReference w:type="default" r:id="rId11"/>
      <w:pgSz w:w="12240" w:h="15840"/>
      <w:pgMar w:top="765" w:right="1077" w:bottom="680"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610" w:rsidRDefault="003E6610">
      <w:pPr>
        <w:spacing w:after="0" w:line="240" w:lineRule="auto"/>
      </w:pPr>
      <w:r>
        <w:separator/>
      </w:r>
    </w:p>
  </w:endnote>
  <w:endnote w:type="continuationSeparator" w:id="0">
    <w:p w:rsidR="003E6610" w:rsidRDefault="003E6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800" w:rsidRDefault="003E6610">
    <w:pPr>
      <w:pStyle w:val="a7"/>
      <w:jc w:val="center"/>
    </w:pPr>
    <w:r>
      <w:rPr>
        <w:color w:val="667085"/>
        <w:sz w:val="14"/>
      </w:rPr>
      <w:t xml:space="preserve">Overseas Contestant Registration Form | </w:t>
    </w:r>
    <w:r>
      <w:rPr>
        <w:color w:val="667085"/>
        <w:sz w:val="14"/>
      </w:rPr>
      <w:t>海外选手报名表</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800" w:rsidRDefault="003E6610">
    <w:pPr>
      <w:pStyle w:val="a7"/>
      <w:jc w:val="center"/>
    </w:pPr>
    <w:r>
      <w:rPr>
        <w:color w:val="667085"/>
        <w:sz w:val="14"/>
      </w:rPr>
      <w:t xml:space="preserve">Overseas Contestant Registration Form | </w:t>
    </w:r>
    <w:r>
      <w:rPr>
        <w:color w:val="667085"/>
        <w:sz w:val="14"/>
      </w:rPr>
      <w:t>海外选手报名表</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610" w:rsidRDefault="003E6610">
      <w:pPr>
        <w:spacing w:after="0" w:line="240" w:lineRule="auto"/>
      </w:pPr>
      <w:r>
        <w:separator/>
      </w:r>
    </w:p>
  </w:footnote>
  <w:footnote w:type="continuationSeparator" w:id="0">
    <w:p w:rsidR="003E6610" w:rsidRDefault="003E66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800" w:rsidRDefault="00C42800">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800" w:rsidRDefault="00C4280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44DAC"/>
    <w:rsid w:val="0006063C"/>
    <w:rsid w:val="000F102B"/>
    <w:rsid w:val="001002FD"/>
    <w:rsid w:val="0015074B"/>
    <w:rsid w:val="00151F7F"/>
    <w:rsid w:val="001C67F8"/>
    <w:rsid w:val="00261C6B"/>
    <w:rsid w:val="0029639D"/>
    <w:rsid w:val="002969AA"/>
    <w:rsid w:val="003210E7"/>
    <w:rsid w:val="00326F90"/>
    <w:rsid w:val="00380A47"/>
    <w:rsid w:val="003E6610"/>
    <w:rsid w:val="0041262A"/>
    <w:rsid w:val="004836DB"/>
    <w:rsid w:val="00557CA2"/>
    <w:rsid w:val="00563C6D"/>
    <w:rsid w:val="00566448"/>
    <w:rsid w:val="00684087"/>
    <w:rsid w:val="006D4CF3"/>
    <w:rsid w:val="006F2917"/>
    <w:rsid w:val="00775261"/>
    <w:rsid w:val="007868BC"/>
    <w:rsid w:val="008A36FF"/>
    <w:rsid w:val="008B163F"/>
    <w:rsid w:val="00AA1D8D"/>
    <w:rsid w:val="00B47730"/>
    <w:rsid w:val="00B51B5C"/>
    <w:rsid w:val="00C31C5E"/>
    <w:rsid w:val="00C42800"/>
    <w:rsid w:val="00C439FA"/>
    <w:rsid w:val="00CB0664"/>
    <w:rsid w:val="00CD4FAD"/>
    <w:rsid w:val="00D14436"/>
    <w:rsid w:val="00DE7F7C"/>
    <w:rsid w:val="00EE3808"/>
    <w:rsid w:val="00F66FB5"/>
    <w:rsid w:val="00F94D9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3203A3"/>
  <w14:defaultImageDpi w14:val="300"/>
  <w15:docId w15:val="{57123B57-6EA3-4EBC-9137-4942EDBD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Arial" w:eastAsia="Microsoft YaHei" w:hAnsi="Arial"/>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rynqvb">
    <w:name w:val="rynqvb"/>
    <w:basedOn w:val="a2"/>
    <w:rsid w:val="00100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EF599-6BEC-49C8-BF30-2D2546EEB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895</Words>
  <Characters>5104</Characters>
  <Application>Microsoft Office Word</Application>
  <DocSecurity>0</DocSecurity>
  <Lines>42</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5988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Машинский Илья</cp:lastModifiedBy>
  <cp:revision>24</cp:revision>
  <dcterms:created xsi:type="dcterms:W3CDTF">2013-12-23T23:15:00Z</dcterms:created>
  <dcterms:modified xsi:type="dcterms:W3CDTF">2026-07-20T07:48:00Z</dcterms:modified>
  <cp:category/>
</cp:coreProperties>
</file>